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FC0" w:rsidRPr="00C95523" w:rsidRDefault="004D3F1A" w:rsidP="00C95523">
      <w:pPr>
        <w:spacing w:line="240" w:lineRule="auto"/>
        <w:jc w:val="center"/>
        <w:rPr>
          <w:rFonts w:cs="Times New Roman"/>
          <w:b/>
          <w:sz w:val="26"/>
          <w:szCs w:val="26"/>
        </w:rPr>
      </w:pPr>
      <w:proofErr w:type="spellStart"/>
      <w:r w:rsidRPr="00C95523">
        <w:rPr>
          <w:rFonts w:cs="Times New Roman"/>
          <w:b/>
          <w:sz w:val="26"/>
          <w:szCs w:val="26"/>
        </w:rPr>
        <w:t>Hubungan</w:t>
      </w:r>
      <w:proofErr w:type="spellEnd"/>
      <w:r w:rsidRPr="00C95523">
        <w:rPr>
          <w:rFonts w:cs="Times New Roman"/>
          <w:b/>
          <w:sz w:val="26"/>
          <w:szCs w:val="26"/>
        </w:rPr>
        <w:t xml:space="preserve"> </w:t>
      </w:r>
      <w:proofErr w:type="spellStart"/>
      <w:r w:rsidRPr="00C95523">
        <w:rPr>
          <w:rFonts w:cs="Times New Roman"/>
          <w:b/>
          <w:sz w:val="26"/>
          <w:szCs w:val="26"/>
        </w:rPr>
        <w:t>Kecerdasan</w:t>
      </w:r>
      <w:proofErr w:type="spellEnd"/>
      <w:r w:rsidRPr="00C95523">
        <w:rPr>
          <w:rFonts w:cs="Times New Roman"/>
          <w:b/>
          <w:sz w:val="26"/>
          <w:szCs w:val="26"/>
        </w:rPr>
        <w:t xml:space="preserve"> </w:t>
      </w:r>
      <w:proofErr w:type="spellStart"/>
      <w:r w:rsidRPr="00C95523">
        <w:rPr>
          <w:rFonts w:cs="Times New Roman"/>
          <w:b/>
          <w:sz w:val="26"/>
          <w:szCs w:val="26"/>
        </w:rPr>
        <w:t>Emosi</w:t>
      </w:r>
      <w:proofErr w:type="spellEnd"/>
      <w:r w:rsidRPr="00C95523">
        <w:rPr>
          <w:rFonts w:cs="Times New Roman"/>
          <w:b/>
          <w:sz w:val="26"/>
          <w:szCs w:val="26"/>
        </w:rPr>
        <w:t xml:space="preserve"> </w:t>
      </w:r>
      <w:proofErr w:type="spellStart"/>
      <w:r w:rsidRPr="00C95523">
        <w:rPr>
          <w:rFonts w:cs="Times New Roman"/>
          <w:b/>
          <w:sz w:val="26"/>
          <w:szCs w:val="26"/>
        </w:rPr>
        <w:t>dengan</w:t>
      </w:r>
      <w:proofErr w:type="spellEnd"/>
      <w:r w:rsidRPr="00C95523">
        <w:rPr>
          <w:rFonts w:cs="Times New Roman"/>
          <w:b/>
          <w:sz w:val="26"/>
          <w:szCs w:val="26"/>
        </w:rPr>
        <w:t xml:space="preserve"> </w:t>
      </w:r>
      <w:proofErr w:type="spellStart"/>
      <w:r w:rsidRPr="00C95523">
        <w:rPr>
          <w:rFonts w:cs="Times New Roman"/>
          <w:b/>
          <w:sz w:val="26"/>
          <w:szCs w:val="26"/>
        </w:rPr>
        <w:t>Kemurungan</w:t>
      </w:r>
      <w:proofErr w:type="spellEnd"/>
      <w:r w:rsidRPr="00C95523">
        <w:rPr>
          <w:rFonts w:cs="Times New Roman"/>
          <w:b/>
          <w:sz w:val="26"/>
          <w:szCs w:val="26"/>
        </w:rPr>
        <w:t xml:space="preserve">, </w:t>
      </w:r>
      <w:proofErr w:type="spellStart"/>
      <w:r w:rsidRPr="00C95523">
        <w:rPr>
          <w:rFonts w:cs="Times New Roman"/>
          <w:b/>
          <w:sz w:val="26"/>
          <w:szCs w:val="26"/>
        </w:rPr>
        <w:t>Kebimbangan</w:t>
      </w:r>
      <w:proofErr w:type="spellEnd"/>
      <w:r w:rsidRPr="00C95523">
        <w:rPr>
          <w:rFonts w:cs="Times New Roman"/>
          <w:b/>
          <w:sz w:val="26"/>
          <w:szCs w:val="26"/>
        </w:rPr>
        <w:t xml:space="preserve"> </w:t>
      </w:r>
      <w:proofErr w:type="spellStart"/>
      <w:r w:rsidRPr="00C95523">
        <w:rPr>
          <w:rFonts w:cs="Times New Roman"/>
          <w:b/>
          <w:sz w:val="26"/>
          <w:szCs w:val="26"/>
        </w:rPr>
        <w:t>dan</w:t>
      </w:r>
      <w:proofErr w:type="spellEnd"/>
      <w:r w:rsidRPr="00C95523">
        <w:rPr>
          <w:rFonts w:cs="Times New Roman"/>
          <w:b/>
          <w:sz w:val="26"/>
          <w:szCs w:val="26"/>
        </w:rPr>
        <w:t xml:space="preserve"> </w:t>
      </w:r>
      <w:proofErr w:type="spellStart"/>
      <w:r w:rsidRPr="00C95523">
        <w:rPr>
          <w:rFonts w:cs="Times New Roman"/>
          <w:b/>
          <w:sz w:val="26"/>
          <w:szCs w:val="26"/>
        </w:rPr>
        <w:t>Tekanan</w:t>
      </w:r>
      <w:proofErr w:type="spellEnd"/>
      <w:r w:rsidRPr="00C95523">
        <w:rPr>
          <w:rFonts w:cs="Times New Roman"/>
          <w:b/>
          <w:sz w:val="26"/>
          <w:szCs w:val="26"/>
        </w:rPr>
        <w:t xml:space="preserve"> </w:t>
      </w:r>
      <w:proofErr w:type="spellStart"/>
      <w:r w:rsidRPr="00C95523">
        <w:rPr>
          <w:rFonts w:cs="Times New Roman"/>
          <w:b/>
          <w:sz w:val="26"/>
          <w:szCs w:val="26"/>
        </w:rPr>
        <w:t>dalam</w:t>
      </w:r>
      <w:proofErr w:type="spellEnd"/>
      <w:r w:rsidRPr="00C95523">
        <w:rPr>
          <w:rFonts w:cs="Times New Roman"/>
          <w:b/>
          <w:sz w:val="26"/>
          <w:szCs w:val="26"/>
        </w:rPr>
        <w:t xml:space="preserve"> </w:t>
      </w:r>
      <w:proofErr w:type="spellStart"/>
      <w:r w:rsidRPr="00C95523">
        <w:rPr>
          <w:rFonts w:cs="Times New Roman"/>
          <w:b/>
          <w:sz w:val="26"/>
          <w:szCs w:val="26"/>
        </w:rPr>
        <w:t>Kalangan</w:t>
      </w:r>
      <w:proofErr w:type="spellEnd"/>
      <w:r w:rsidRPr="00C95523">
        <w:rPr>
          <w:rFonts w:cs="Times New Roman"/>
          <w:b/>
          <w:sz w:val="26"/>
          <w:szCs w:val="26"/>
        </w:rPr>
        <w:t xml:space="preserve"> </w:t>
      </w:r>
      <w:proofErr w:type="spellStart"/>
      <w:r w:rsidRPr="00C95523">
        <w:rPr>
          <w:rFonts w:cs="Times New Roman"/>
          <w:b/>
          <w:sz w:val="26"/>
          <w:szCs w:val="26"/>
        </w:rPr>
        <w:t>Penghuni</w:t>
      </w:r>
      <w:proofErr w:type="spellEnd"/>
      <w:r w:rsidRPr="00C95523">
        <w:rPr>
          <w:rFonts w:cs="Times New Roman"/>
          <w:b/>
          <w:sz w:val="26"/>
          <w:szCs w:val="26"/>
        </w:rPr>
        <w:t xml:space="preserve"> </w:t>
      </w:r>
      <w:proofErr w:type="spellStart"/>
      <w:r w:rsidRPr="00C95523">
        <w:rPr>
          <w:rFonts w:cs="Times New Roman"/>
          <w:b/>
          <w:sz w:val="26"/>
          <w:szCs w:val="26"/>
        </w:rPr>
        <w:t>Pusat</w:t>
      </w:r>
      <w:proofErr w:type="spellEnd"/>
      <w:r w:rsidRPr="00C95523">
        <w:rPr>
          <w:rFonts w:cs="Times New Roman"/>
          <w:b/>
          <w:sz w:val="26"/>
          <w:szCs w:val="26"/>
        </w:rPr>
        <w:t xml:space="preserve"> </w:t>
      </w:r>
      <w:proofErr w:type="spellStart"/>
      <w:r w:rsidRPr="00C95523">
        <w:rPr>
          <w:rFonts w:cs="Times New Roman"/>
          <w:b/>
          <w:sz w:val="26"/>
          <w:szCs w:val="26"/>
        </w:rPr>
        <w:t>Pemulihan</w:t>
      </w:r>
      <w:proofErr w:type="spellEnd"/>
      <w:r w:rsidRPr="00C95523">
        <w:rPr>
          <w:rFonts w:cs="Times New Roman"/>
          <w:b/>
          <w:sz w:val="26"/>
          <w:szCs w:val="26"/>
        </w:rPr>
        <w:t xml:space="preserve"> </w:t>
      </w:r>
      <w:proofErr w:type="spellStart"/>
      <w:r w:rsidRPr="00C95523">
        <w:rPr>
          <w:rFonts w:cs="Times New Roman"/>
          <w:b/>
          <w:sz w:val="26"/>
          <w:szCs w:val="26"/>
        </w:rPr>
        <w:t>Penagihan</w:t>
      </w:r>
      <w:proofErr w:type="spellEnd"/>
      <w:r w:rsidRPr="00C95523">
        <w:rPr>
          <w:rFonts w:cs="Times New Roman"/>
          <w:b/>
          <w:sz w:val="26"/>
          <w:szCs w:val="26"/>
        </w:rPr>
        <w:t xml:space="preserve"> </w:t>
      </w:r>
      <w:proofErr w:type="spellStart"/>
      <w:r w:rsidRPr="00C95523">
        <w:rPr>
          <w:rFonts w:cs="Times New Roman"/>
          <w:b/>
          <w:sz w:val="26"/>
          <w:szCs w:val="26"/>
        </w:rPr>
        <w:t>Narkotik</w:t>
      </w:r>
      <w:proofErr w:type="spellEnd"/>
      <w:r w:rsidRPr="00C95523">
        <w:rPr>
          <w:rFonts w:cs="Times New Roman"/>
          <w:b/>
          <w:sz w:val="26"/>
          <w:szCs w:val="26"/>
        </w:rPr>
        <w:t xml:space="preserve"> </w:t>
      </w:r>
    </w:p>
    <w:p w:rsidR="00D654B1" w:rsidRPr="000D08F6" w:rsidRDefault="00D654B1" w:rsidP="00DB5F14">
      <w:pPr>
        <w:spacing w:line="360" w:lineRule="auto"/>
        <w:rPr>
          <w:rFonts w:cs="Times New Roman"/>
          <w:b/>
        </w:rPr>
      </w:pPr>
    </w:p>
    <w:p w:rsidR="00882FC0" w:rsidRPr="00C95523" w:rsidRDefault="004D3F1A" w:rsidP="00D654B1">
      <w:pPr>
        <w:spacing w:line="360" w:lineRule="auto"/>
        <w:jc w:val="center"/>
        <w:rPr>
          <w:rFonts w:cs="Times New Roman"/>
          <w:sz w:val="22"/>
        </w:rPr>
      </w:pPr>
      <w:r w:rsidRPr="00C95523">
        <w:rPr>
          <w:rFonts w:cs="Times New Roman"/>
          <w:sz w:val="22"/>
        </w:rPr>
        <w:t>Liza Pang Chui Fen</w:t>
      </w:r>
      <w:r w:rsidR="00D654B1" w:rsidRPr="00C95523">
        <w:rPr>
          <w:rFonts w:cs="Times New Roman"/>
          <w:sz w:val="22"/>
        </w:rPr>
        <w:t xml:space="preserve"> </w:t>
      </w:r>
      <w:r w:rsidR="00D654B1" w:rsidRPr="00C95523">
        <w:rPr>
          <w:rFonts w:cs="Times New Roman"/>
          <w:b/>
          <w:sz w:val="22"/>
          <w:vertAlign w:val="superscript"/>
        </w:rPr>
        <w:t>1</w:t>
      </w:r>
      <w:r w:rsidR="00D654B1" w:rsidRPr="00C95523">
        <w:rPr>
          <w:rFonts w:cs="Times New Roman"/>
          <w:sz w:val="22"/>
        </w:rPr>
        <w:t xml:space="preserve">, </w:t>
      </w:r>
      <w:r w:rsidR="00D654B1" w:rsidRPr="00C95523">
        <w:rPr>
          <w:rFonts w:cs="Times New Roman"/>
          <w:bCs/>
          <w:sz w:val="22"/>
        </w:rPr>
        <w:t xml:space="preserve">Patricia Joseph </w:t>
      </w:r>
      <w:proofErr w:type="spellStart"/>
      <w:r w:rsidR="00D654B1" w:rsidRPr="00C95523">
        <w:rPr>
          <w:rFonts w:cs="Times New Roman"/>
          <w:bCs/>
          <w:sz w:val="22"/>
        </w:rPr>
        <w:t>Kimong</w:t>
      </w:r>
      <w:proofErr w:type="spellEnd"/>
      <w:r w:rsidR="00D654B1" w:rsidRPr="00C95523">
        <w:rPr>
          <w:rFonts w:cs="Times New Roman"/>
          <w:bCs/>
          <w:sz w:val="22"/>
        </w:rPr>
        <w:t xml:space="preserve"> </w:t>
      </w:r>
      <w:r w:rsidR="00D654B1" w:rsidRPr="00C95523">
        <w:rPr>
          <w:rFonts w:cs="Times New Roman"/>
          <w:b/>
          <w:bCs/>
          <w:sz w:val="22"/>
          <w:vertAlign w:val="superscript"/>
        </w:rPr>
        <w:t>2</w:t>
      </w:r>
      <w:r w:rsidR="00D654B1" w:rsidRPr="00C95523">
        <w:rPr>
          <w:rFonts w:cs="Times New Roman"/>
          <w:bCs/>
          <w:sz w:val="22"/>
        </w:rPr>
        <w:t xml:space="preserve"> </w:t>
      </w:r>
      <w:proofErr w:type="spellStart"/>
      <w:r w:rsidR="00D654B1" w:rsidRPr="00C95523">
        <w:rPr>
          <w:rFonts w:cs="Times New Roman"/>
          <w:bCs/>
          <w:sz w:val="22"/>
        </w:rPr>
        <w:t>dan</w:t>
      </w:r>
      <w:proofErr w:type="spellEnd"/>
      <w:r w:rsidR="00D654B1" w:rsidRPr="00C95523">
        <w:rPr>
          <w:rFonts w:cs="Times New Roman"/>
          <w:bCs/>
          <w:sz w:val="22"/>
        </w:rPr>
        <w:t xml:space="preserve"> </w:t>
      </w:r>
      <w:proofErr w:type="spellStart"/>
      <w:r w:rsidR="00D654B1" w:rsidRPr="00C95523">
        <w:rPr>
          <w:rFonts w:cs="Times New Roman"/>
          <w:bCs/>
          <w:sz w:val="22"/>
        </w:rPr>
        <w:t>Norzihan</w:t>
      </w:r>
      <w:proofErr w:type="spellEnd"/>
      <w:r w:rsidR="00D654B1" w:rsidRPr="00C95523">
        <w:rPr>
          <w:rFonts w:cs="Times New Roman"/>
          <w:bCs/>
          <w:sz w:val="22"/>
        </w:rPr>
        <w:t xml:space="preserve"> </w:t>
      </w:r>
      <w:proofErr w:type="spellStart"/>
      <w:r w:rsidR="00D654B1" w:rsidRPr="00C95523">
        <w:rPr>
          <w:rFonts w:cs="Times New Roman"/>
          <w:bCs/>
          <w:sz w:val="22"/>
          <w:lang w:val="en-MY"/>
        </w:rPr>
        <w:t>Binti</w:t>
      </w:r>
      <w:proofErr w:type="spellEnd"/>
      <w:r w:rsidR="00D654B1" w:rsidRPr="00C95523">
        <w:rPr>
          <w:rFonts w:cs="Times New Roman"/>
          <w:bCs/>
          <w:sz w:val="22"/>
          <w:lang w:val="en-MY"/>
        </w:rPr>
        <w:t xml:space="preserve"> Ayub</w:t>
      </w:r>
      <w:r w:rsidR="00D654B1" w:rsidRPr="00C95523">
        <w:rPr>
          <w:rFonts w:cs="Times New Roman"/>
          <w:b/>
          <w:bCs/>
          <w:sz w:val="22"/>
          <w:vertAlign w:val="superscript"/>
          <w:lang w:val="en-MY"/>
        </w:rPr>
        <w:t>3</w:t>
      </w:r>
    </w:p>
    <w:p w:rsidR="00D654B1" w:rsidRPr="00C95523" w:rsidRDefault="00D654B1" w:rsidP="001E675F">
      <w:pPr>
        <w:spacing w:after="0" w:line="240" w:lineRule="auto"/>
        <w:jc w:val="center"/>
        <w:rPr>
          <w:rFonts w:cs="Times New Roman"/>
          <w:sz w:val="22"/>
        </w:rPr>
      </w:pPr>
    </w:p>
    <w:p w:rsidR="00882FC0" w:rsidRPr="00D83BF6" w:rsidRDefault="004D3F1A" w:rsidP="001E675F">
      <w:pPr>
        <w:spacing w:after="0" w:line="240" w:lineRule="auto"/>
        <w:jc w:val="center"/>
        <w:rPr>
          <w:rFonts w:cs="Times New Roman"/>
          <w:sz w:val="22"/>
        </w:rPr>
      </w:pPr>
      <w:proofErr w:type="spellStart"/>
      <w:r w:rsidRPr="00D83BF6">
        <w:rPr>
          <w:rFonts w:cs="Times New Roman"/>
          <w:sz w:val="22"/>
        </w:rPr>
        <w:t>Fakulti</w:t>
      </w:r>
      <w:proofErr w:type="spellEnd"/>
      <w:r w:rsidRPr="00D83BF6">
        <w:rPr>
          <w:rFonts w:cs="Times New Roman"/>
          <w:sz w:val="22"/>
        </w:rPr>
        <w:t xml:space="preserve"> </w:t>
      </w:r>
      <w:proofErr w:type="spellStart"/>
      <w:r w:rsidRPr="00D83BF6">
        <w:rPr>
          <w:rFonts w:cs="Times New Roman"/>
          <w:sz w:val="22"/>
        </w:rPr>
        <w:t>Psikologi</w:t>
      </w:r>
      <w:proofErr w:type="spellEnd"/>
      <w:r w:rsidRPr="00D83BF6">
        <w:rPr>
          <w:rFonts w:cs="Times New Roman"/>
          <w:sz w:val="22"/>
        </w:rPr>
        <w:t xml:space="preserve"> </w:t>
      </w:r>
      <w:proofErr w:type="spellStart"/>
      <w:r w:rsidRPr="00D83BF6">
        <w:rPr>
          <w:rFonts w:cs="Times New Roman"/>
          <w:sz w:val="22"/>
        </w:rPr>
        <w:t>dan</w:t>
      </w:r>
      <w:proofErr w:type="spellEnd"/>
      <w:r w:rsidRPr="00D83BF6">
        <w:rPr>
          <w:rFonts w:cs="Times New Roman"/>
          <w:sz w:val="22"/>
        </w:rPr>
        <w:t xml:space="preserve"> </w:t>
      </w:r>
      <w:proofErr w:type="spellStart"/>
      <w:r w:rsidRPr="00D83BF6">
        <w:rPr>
          <w:rFonts w:cs="Times New Roman"/>
          <w:sz w:val="22"/>
        </w:rPr>
        <w:t>Kerja</w:t>
      </w:r>
      <w:proofErr w:type="spellEnd"/>
      <w:r w:rsidRPr="00D83BF6">
        <w:rPr>
          <w:rFonts w:cs="Times New Roman"/>
          <w:sz w:val="22"/>
        </w:rPr>
        <w:t xml:space="preserve"> </w:t>
      </w:r>
      <w:proofErr w:type="spellStart"/>
      <w:r w:rsidRPr="00D83BF6">
        <w:rPr>
          <w:rFonts w:cs="Times New Roman"/>
          <w:sz w:val="22"/>
        </w:rPr>
        <w:t>Sosial</w:t>
      </w:r>
      <w:proofErr w:type="spellEnd"/>
    </w:p>
    <w:p w:rsidR="00882FC0" w:rsidRPr="00D83BF6" w:rsidRDefault="004D3F1A" w:rsidP="001E675F">
      <w:pPr>
        <w:spacing w:after="0" w:line="240" w:lineRule="auto"/>
        <w:jc w:val="center"/>
        <w:rPr>
          <w:rFonts w:cs="Times New Roman"/>
          <w:sz w:val="22"/>
        </w:rPr>
      </w:pPr>
      <w:proofErr w:type="spellStart"/>
      <w:r w:rsidRPr="00D83BF6">
        <w:rPr>
          <w:rFonts w:cs="Times New Roman"/>
          <w:sz w:val="22"/>
        </w:rPr>
        <w:t>Universiti</w:t>
      </w:r>
      <w:proofErr w:type="spellEnd"/>
      <w:r w:rsidRPr="00D83BF6">
        <w:rPr>
          <w:rFonts w:cs="Times New Roman"/>
          <w:sz w:val="22"/>
        </w:rPr>
        <w:t xml:space="preserve"> Malaysia Sabah</w:t>
      </w:r>
    </w:p>
    <w:p w:rsidR="00882FC0" w:rsidRPr="00D83BF6" w:rsidRDefault="004D3F1A" w:rsidP="001E675F">
      <w:pPr>
        <w:spacing w:after="0" w:line="240" w:lineRule="auto"/>
        <w:jc w:val="center"/>
        <w:rPr>
          <w:rFonts w:cs="Times New Roman"/>
          <w:sz w:val="22"/>
        </w:rPr>
      </w:pPr>
      <w:r w:rsidRPr="00D83BF6">
        <w:rPr>
          <w:rFonts w:cs="Times New Roman"/>
          <w:sz w:val="22"/>
        </w:rPr>
        <w:t>2025</w:t>
      </w:r>
    </w:p>
    <w:p w:rsidR="000D08F6" w:rsidRDefault="000D08F6" w:rsidP="000D08F6">
      <w:pPr>
        <w:spacing w:after="0" w:line="360" w:lineRule="auto"/>
        <w:jc w:val="center"/>
        <w:rPr>
          <w:rFonts w:cs="Times New Roman"/>
        </w:rPr>
      </w:pPr>
    </w:p>
    <w:p w:rsidR="001E675F" w:rsidRPr="00DB2D58" w:rsidRDefault="001E675F" w:rsidP="000D08F6">
      <w:pPr>
        <w:spacing w:after="0" w:line="360" w:lineRule="auto"/>
        <w:jc w:val="center"/>
        <w:rPr>
          <w:rFonts w:cs="Times New Roman"/>
          <w:sz w:val="18"/>
          <w:szCs w:val="18"/>
        </w:rPr>
      </w:pPr>
      <w:r w:rsidRPr="00DB2D58">
        <w:rPr>
          <w:rFonts w:cs="Times New Roman"/>
          <w:sz w:val="18"/>
          <w:szCs w:val="18"/>
        </w:rPr>
        <w:t>Corresponding e-mail: phoebeolivia9085@gmail.com</w:t>
      </w:r>
    </w:p>
    <w:p w:rsidR="001E675F" w:rsidRPr="00DB2D58" w:rsidRDefault="001E675F" w:rsidP="000D08F6">
      <w:pPr>
        <w:spacing w:after="0" w:line="360" w:lineRule="auto"/>
        <w:jc w:val="center"/>
        <w:rPr>
          <w:rFonts w:cs="Times New Roman"/>
          <w:b/>
          <w:sz w:val="18"/>
          <w:szCs w:val="18"/>
        </w:rPr>
      </w:pPr>
    </w:p>
    <w:p w:rsidR="000D08F6" w:rsidRPr="00DB2D58" w:rsidRDefault="000D08F6" w:rsidP="000D08F6">
      <w:pPr>
        <w:spacing w:after="0" w:line="360" w:lineRule="auto"/>
        <w:jc w:val="center"/>
        <w:rPr>
          <w:rFonts w:cs="Times New Roman"/>
          <w:b/>
          <w:sz w:val="20"/>
          <w:szCs w:val="20"/>
        </w:rPr>
      </w:pPr>
      <w:r w:rsidRPr="00DB2D58">
        <w:rPr>
          <w:rFonts w:cs="Times New Roman"/>
          <w:b/>
          <w:sz w:val="20"/>
          <w:szCs w:val="20"/>
        </w:rPr>
        <w:t>ABSTRAK</w:t>
      </w:r>
    </w:p>
    <w:p w:rsidR="000D08F6" w:rsidRPr="00DB2D58" w:rsidRDefault="000D08F6" w:rsidP="000D08F6">
      <w:pPr>
        <w:spacing w:after="0" w:line="360" w:lineRule="auto"/>
        <w:jc w:val="center"/>
        <w:rPr>
          <w:rFonts w:cs="Times New Roman"/>
          <w:b/>
          <w:sz w:val="20"/>
          <w:szCs w:val="20"/>
        </w:rPr>
      </w:pPr>
    </w:p>
    <w:p w:rsidR="00D654B1" w:rsidRPr="00DB2D58" w:rsidRDefault="00916CE2" w:rsidP="000D08F6">
      <w:pPr>
        <w:spacing w:after="0" w:line="360" w:lineRule="auto"/>
        <w:jc w:val="both"/>
        <w:rPr>
          <w:rFonts w:cs="Times New Roman"/>
          <w:b/>
          <w:sz w:val="20"/>
          <w:szCs w:val="20"/>
        </w:rPr>
      </w:pPr>
      <w:proofErr w:type="spellStart"/>
      <w:r w:rsidRPr="00DB2D58">
        <w:rPr>
          <w:rFonts w:cs="Times New Roman"/>
          <w:sz w:val="20"/>
          <w:szCs w:val="20"/>
        </w:rPr>
        <w:t>Kecerdasan</w:t>
      </w:r>
      <w:proofErr w:type="spellEnd"/>
      <w:r w:rsidRPr="00DB2D58">
        <w:rPr>
          <w:rFonts w:cs="Times New Roman"/>
          <w:sz w:val="20"/>
          <w:szCs w:val="20"/>
        </w:rPr>
        <w:t xml:space="preserve"> </w:t>
      </w:r>
      <w:proofErr w:type="spellStart"/>
      <w:r w:rsidRPr="00DB2D58">
        <w:rPr>
          <w:rFonts w:cs="Times New Roman"/>
          <w:sz w:val="20"/>
          <w:szCs w:val="20"/>
        </w:rPr>
        <w:t>emosi</w:t>
      </w:r>
      <w:proofErr w:type="spellEnd"/>
      <w:r w:rsidRPr="00DB2D58">
        <w:rPr>
          <w:rFonts w:cs="Times New Roman"/>
          <w:sz w:val="20"/>
          <w:szCs w:val="20"/>
        </w:rPr>
        <w:t xml:space="preserve"> </w:t>
      </w:r>
      <w:proofErr w:type="spellStart"/>
      <w:r w:rsidR="00D654B1" w:rsidRPr="00DB2D58">
        <w:rPr>
          <w:rFonts w:cs="Times New Roman"/>
          <w:sz w:val="20"/>
          <w:szCs w:val="20"/>
        </w:rPr>
        <w:t>memainkan</w:t>
      </w:r>
      <w:proofErr w:type="spellEnd"/>
      <w:r w:rsidR="00D654B1" w:rsidRPr="00DB2D58">
        <w:rPr>
          <w:rFonts w:cs="Times New Roman"/>
          <w:sz w:val="20"/>
          <w:szCs w:val="20"/>
        </w:rPr>
        <w:t xml:space="preserve"> </w:t>
      </w:r>
      <w:proofErr w:type="spellStart"/>
      <w:r w:rsidR="00D654B1" w:rsidRPr="00DB2D58">
        <w:rPr>
          <w:rFonts w:cs="Times New Roman"/>
          <w:sz w:val="20"/>
          <w:szCs w:val="20"/>
        </w:rPr>
        <w:t>peranan</w:t>
      </w:r>
      <w:proofErr w:type="spellEnd"/>
      <w:r w:rsidR="00D654B1" w:rsidRPr="00DB2D58">
        <w:rPr>
          <w:rFonts w:cs="Times New Roman"/>
          <w:sz w:val="20"/>
          <w:szCs w:val="20"/>
        </w:rPr>
        <w:t xml:space="preserve"> </w:t>
      </w:r>
      <w:proofErr w:type="spellStart"/>
      <w:r w:rsidR="00D654B1" w:rsidRPr="00DB2D58">
        <w:rPr>
          <w:rFonts w:cs="Times New Roman"/>
          <w:sz w:val="20"/>
          <w:szCs w:val="20"/>
        </w:rPr>
        <w:t>p</w:t>
      </w:r>
      <w:r w:rsidRPr="00DB2D58">
        <w:rPr>
          <w:rFonts w:cs="Times New Roman"/>
          <w:sz w:val="20"/>
          <w:szCs w:val="20"/>
        </w:rPr>
        <w:t>enting</w:t>
      </w:r>
      <w:proofErr w:type="spellEnd"/>
      <w:r w:rsidRPr="00DB2D58">
        <w:rPr>
          <w:rFonts w:cs="Times New Roman"/>
          <w:sz w:val="20"/>
          <w:szCs w:val="20"/>
        </w:rPr>
        <w:t xml:space="preserve"> </w:t>
      </w:r>
      <w:proofErr w:type="spellStart"/>
      <w:r w:rsidRPr="00DB2D58">
        <w:rPr>
          <w:rFonts w:cs="Times New Roman"/>
          <w:sz w:val="20"/>
          <w:szCs w:val="20"/>
        </w:rPr>
        <w:t>dalam</w:t>
      </w:r>
      <w:proofErr w:type="spellEnd"/>
      <w:r w:rsidRPr="00DB2D58">
        <w:rPr>
          <w:rFonts w:cs="Times New Roman"/>
          <w:sz w:val="20"/>
          <w:szCs w:val="20"/>
        </w:rPr>
        <w:t xml:space="preserve"> </w:t>
      </w:r>
      <w:proofErr w:type="spellStart"/>
      <w:r w:rsidRPr="00DB2D58">
        <w:rPr>
          <w:rFonts w:cs="Times New Roman"/>
          <w:sz w:val="20"/>
          <w:szCs w:val="20"/>
        </w:rPr>
        <w:t>pengurusan</w:t>
      </w:r>
      <w:proofErr w:type="spellEnd"/>
      <w:r w:rsidRPr="00DB2D58">
        <w:rPr>
          <w:rFonts w:cs="Times New Roman"/>
          <w:sz w:val="20"/>
          <w:szCs w:val="20"/>
        </w:rPr>
        <w:t xml:space="preserve"> </w:t>
      </w:r>
      <w:proofErr w:type="spellStart"/>
      <w:r w:rsidRPr="00DB2D58">
        <w:rPr>
          <w:rFonts w:cs="Times New Roman"/>
          <w:sz w:val="20"/>
          <w:szCs w:val="20"/>
        </w:rPr>
        <w:t>emosi</w:t>
      </w:r>
      <w:proofErr w:type="spellEnd"/>
      <w:r w:rsidRPr="00DB2D58">
        <w:rPr>
          <w:rFonts w:cs="Times New Roman"/>
          <w:sz w:val="20"/>
          <w:szCs w:val="20"/>
        </w:rPr>
        <w:t xml:space="preserve">, </w:t>
      </w:r>
      <w:proofErr w:type="spellStart"/>
      <w:r w:rsidRPr="00DB2D58">
        <w:rPr>
          <w:rFonts w:cs="Times New Roman"/>
          <w:sz w:val="20"/>
          <w:szCs w:val="20"/>
        </w:rPr>
        <w:t>k</w:t>
      </w:r>
      <w:r w:rsidR="00D654B1" w:rsidRPr="00DB2D58">
        <w:rPr>
          <w:rFonts w:cs="Times New Roman"/>
          <w:sz w:val="20"/>
          <w:szCs w:val="20"/>
        </w:rPr>
        <w:t>esejahteraan</w:t>
      </w:r>
      <w:proofErr w:type="spellEnd"/>
      <w:r w:rsidR="00D654B1" w:rsidRPr="00DB2D58">
        <w:rPr>
          <w:rFonts w:cs="Times New Roman"/>
          <w:sz w:val="20"/>
          <w:szCs w:val="20"/>
        </w:rPr>
        <w:t xml:space="preserve"> mental </w:t>
      </w:r>
      <w:proofErr w:type="spellStart"/>
      <w:r w:rsidR="00D654B1" w:rsidRPr="00DB2D58">
        <w:rPr>
          <w:rFonts w:cs="Times New Roman"/>
          <w:sz w:val="20"/>
          <w:szCs w:val="20"/>
        </w:rPr>
        <w:t>dan</w:t>
      </w:r>
      <w:proofErr w:type="spellEnd"/>
      <w:r w:rsidR="00D654B1" w:rsidRPr="00DB2D58">
        <w:rPr>
          <w:rFonts w:cs="Times New Roman"/>
          <w:sz w:val="20"/>
          <w:szCs w:val="20"/>
        </w:rPr>
        <w:t xml:space="preserve"> </w:t>
      </w:r>
      <w:proofErr w:type="spellStart"/>
      <w:r w:rsidRPr="00DB2D58">
        <w:rPr>
          <w:rFonts w:cs="Times New Roman"/>
          <w:sz w:val="20"/>
          <w:szCs w:val="20"/>
          <w:lang w:val="en-MY"/>
        </w:rPr>
        <w:t>menyokong</w:t>
      </w:r>
      <w:proofErr w:type="spellEnd"/>
      <w:r w:rsidRPr="00DB2D58">
        <w:rPr>
          <w:rFonts w:cs="Times New Roman"/>
          <w:sz w:val="20"/>
          <w:szCs w:val="20"/>
          <w:lang w:val="en-MY"/>
        </w:rPr>
        <w:t xml:space="preserve"> proses </w:t>
      </w:r>
      <w:proofErr w:type="spellStart"/>
      <w:r w:rsidRPr="00DB2D58">
        <w:rPr>
          <w:rFonts w:cs="Times New Roman"/>
          <w:sz w:val="20"/>
          <w:szCs w:val="20"/>
          <w:lang w:val="en-MY"/>
        </w:rPr>
        <w:t>pemulihan</w:t>
      </w:r>
      <w:proofErr w:type="spellEnd"/>
      <w:r w:rsidRPr="00DB2D58">
        <w:rPr>
          <w:rFonts w:cs="Times New Roman"/>
          <w:sz w:val="20"/>
          <w:szCs w:val="20"/>
          <w:lang w:val="en-MY"/>
        </w:rPr>
        <w:t xml:space="preserve"> </w:t>
      </w:r>
      <w:proofErr w:type="spellStart"/>
      <w:r w:rsidRPr="00DB2D58">
        <w:rPr>
          <w:rFonts w:cs="Times New Roman"/>
          <w:sz w:val="20"/>
          <w:szCs w:val="20"/>
          <w:lang w:val="en-MY"/>
        </w:rPr>
        <w:t>psikologi</w:t>
      </w:r>
      <w:proofErr w:type="spellEnd"/>
      <w:r w:rsidRPr="00DB2D58">
        <w:rPr>
          <w:rFonts w:cs="Times New Roman"/>
          <w:sz w:val="20"/>
          <w:szCs w:val="20"/>
          <w:lang w:val="en-MY"/>
        </w:rPr>
        <w:t xml:space="preserve"> </w:t>
      </w:r>
      <w:proofErr w:type="spellStart"/>
      <w:r w:rsidRPr="00DB2D58">
        <w:rPr>
          <w:rFonts w:cs="Times New Roman"/>
          <w:sz w:val="20"/>
          <w:szCs w:val="20"/>
          <w:lang w:val="en-MY"/>
        </w:rPr>
        <w:t>individu</w:t>
      </w:r>
      <w:proofErr w:type="spellEnd"/>
      <w:r w:rsidR="00D654B1" w:rsidRPr="00DB2D58">
        <w:rPr>
          <w:rFonts w:cs="Times New Roman"/>
          <w:sz w:val="20"/>
          <w:szCs w:val="20"/>
        </w:rPr>
        <w:t xml:space="preserve"> yang </w:t>
      </w:r>
      <w:proofErr w:type="spellStart"/>
      <w:r w:rsidR="00D654B1" w:rsidRPr="00DB2D58">
        <w:rPr>
          <w:rFonts w:cs="Times New Roman"/>
          <w:sz w:val="20"/>
          <w:szCs w:val="20"/>
        </w:rPr>
        <w:t>terlibat</w:t>
      </w:r>
      <w:proofErr w:type="spellEnd"/>
      <w:r w:rsidR="00D654B1" w:rsidRPr="00DB2D58">
        <w:rPr>
          <w:rFonts w:cs="Times New Roman"/>
          <w:sz w:val="20"/>
          <w:szCs w:val="20"/>
        </w:rPr>
        <w:t xml:space="preserve"> </w:t>
      </w:r>
      <w:proofErr w:type="spellStart"/>
      <w:r w:rsidR="00D654B1" w:rsidRPr="00DB2D58">
        <w:rPr>
          <w:rFonts w:cs="Times New Roman"/>
          <w:sz w:val="20"/>
          <w:szCs w:val="20"/>
        </w:rPr>
        <w:t>dalam</w:t>
      </w:r>
      <w:proofErr w:type="spellEnd"/>
      <w:r w:rsidR="00D654B1" w:rsidRPr="00DB2D58">
        <w:rPr>
          <w:rFonts w:cs="Times New Roman"/>
          <w:sz w:val="20"/>
          <w:szCs w:val="20"/>
        </w:rPr>
        <w:t xml:space="preserve"> </w:t>
      </w:r>
      <w:proofErr w:type="spellStart"/>
      <w:r w:rsidR="00D654B1" w:rsidRPr="00DB2D58">
        <w:rPr>
          <w:rFonts w:cs="Times New Roman"/>
          <w:sz w:val="20"/>
          <w:szCs w:val="20"/>
        </w:rPr>
        <w:t>ketagihan</w:t>
      </w:r>
      <w:proofErr w:type="spellEnd"/>
      <w:r w:rsidR="00D654B1" w:rsidRPr="00DB2D58">
        <w:rPr>
          <w:rFonts w:cs="Times New Roman"/>
          <w:sz w:val="20"/>
          <w:szCs w:val="20"/>
        </w:rPr>
        <w:t xml:space="preserve"> </w:t>
      </w:r>
      <w:proofErr w:type="spellStart"/>
      <w:r w:rsidR="00D654B1" w:rsidRPr="00DB2D58">
        <w:rPr>
          <w:rFonts w:cs="Times New Roman"/>
          <w:sz w:val="20"/>
          <w:szCs w:val="20"/>
        </w:rPr>
        <w:t>dadah</w:t>
      </w:r>
      <w:proofErr w:type="spellEnd"/>
      <w:r w:rsidR="00D654B1" w:rsidRPr="00DB2D58">
        <w:rPr>
          <w:rFonts w:cs="Times New Roman"/>
          <w:sz w:val="20"/>
          <w:szCs w:val="20"/>
        </w:rPr>
        <w:t xml:space="preserve">. </w:t>
      </w:r>
      <w:proofErr w:type="spellStart"/>
      <w:r w:rsidR="00D654B1" w:rsidRPr="00DB2D58">
        <w:rPr>
          <w:rFonts w:cs="Times New Roman"/>
          <w:sz w:val="20"/>
          <w:szCs w:val="20"/>
        </w:rPr>
        <w:t>Kajian</w:t>
      </w:r>
      <w:proofErr w:type="spellEnd"/>
      <w:r w:rsidR="00D654B1" w:rsidRPr="00DB2D58">
        <w:rPr>
          <w:rFonts w:cs="Times New Roman"/>
          <w:sz w:val="20"/>
          <w:szCs w:val="20"/>
        </w:rPr>
        <w:t xml:space="preserve"> </w:t>
      </w:r>
      <w:proofErr w:type="spellStart"/>
      <w:r w:rsidR="00D654B1" w:rsidRPr="00DB2D58">
        <w:rPr>
          <w:rFonts w:cs="Times New Roman"/>
          <w:sz w:val="20"/>
          <w:szCs w:val="20"/>
        </w:rPr>
        <w:t>ini</w:t>
      </w:r>
      <w:proofErr w:type="spellEnd"/>
      <w:r w:rsidR="00D654B1" w:rsidRPr="00DB2D58">
        <w:rPr>
          <w:rFonts w:cs="Times New Roman"/>
          <w:sz w:val="20"/>
          <w:szCs w:val="20"/>
        </w:rPr>
        <w:t xml:space="preserve"> </w:t>
      </w:r>
      <w:proofErr w:type="spellStart"/>
      <w:r w:rsidR="00D654B1" w:rsidRPr="00DB2D58">
        <w:rPr>
          <w:rFonts w:cs="Times New Roman"/>
          <w:sz w:val="20"/>
          <w:szCs w:val="20"/>
        </w:rPr>
        <w:t>bertujuan</w:t>
      </w:r>
      <w:proofErr w:type="spellEnd"/>
      <w:r w:rsidR="00D654B1" w:rsidRPr="00DB2D58">
        <w:rPr>
          <w:rFonts w:cs="Times New Roman"/>
          <w:sz w:val="20"/>
          <w:szCs w:val="20"/>
        </w:rPr>
        <w:t xml:space="preserve"> untuk </w:t>
      </w:r>
      <w:proofErr w:type="spellStart"/>
      <w:r w:rsidR="00D654B1" w:rsidRPr="00DB2D58">
        <w:rPr>
          <w:rFonts w:cs="Times New Roman"/>
          <w:sz w:val="20"/>
          <w:szCs w:val="20"/>
        </w:rPr>
        <w:t>mengenal</w:t>
      </w:r>
      <w:proofErr w:type="spellEnd"/>
      <w:r w:rsidR="00D654B1" w:rsidRPr="00DB2D58">
        <w:rPr>
          <w:rFonts w:cs="Times New Roman"/>
          <w:sz w:val="20"/>
          <w:szCs w:val="20"/>
        </w:rPr>
        <w:t xml:space="preserve"> </w:t>
      </w:r>
      <w:proofErr w:type="spellStart"/>
      <w:r w:rsidR="00D654B1" w:rsidRPr="00DB2D58">
        <w:rPr>
          <w:rFonts w:cs="Times New Roman"/>
          <w:sz w:val="20"/>
          <w:szCs w:val="20"/>
        </w:rPr>
        <w:t>pasti</w:t>
      </w:r>
      <w:proofErr w:type="spellEnd"/>
      <w:r w:rsidR="00D654B1" w:rsidRPr="00DB2D58">
        <w:rPr>
          <w:rFonts w:cs="Times New Roman"/>
          <w:sz w:val="20"/>
          <w:szCs w:val="20"/>
        </w:rPr>
        <w:t xml:space="preserve"> </w:t>
      </w:r>
      <w:proofErr w:type="spellStart"/>
      <w:r w:rsidRPr="00DB2D58">
        <w:rPr>
          <w:rFonts w:cs="Times New Roman"/>
          <w:sz w:val="20"/>
          <w:szCs w:val="20"/>
        </w:rPr>
        <w:t>hubungan</w:t>
      </w:r>
      <w:proofErr w:type="spellEnd"/>
      <w:r w:rsidRPr="00DB2D58">
        <w:rPr>
          <w:rFonts w:cs="Times New Roman"/>
          <w:sz w:val="20"/>
          <w:szCs w:val="20"/>
        </w:rPr>
        <w:t xml:space="preserve"> di </w:t>
      </w:r>
      <w:proofErr w:type="spellStart"/>
      <w:r w:rsidRPr="00DB2D58">
        <w:rPr>
          <w:rFonts w:cs="Times New Roman"/>
          <w:sz w:val="20"/>
          <w:szCs w:val="20"/>
        </w:rPr>
        <w:t>antara</w:t>
      </w:r>
      <w:proofErr w:type="spellEnd"/>
      <w:r w:rsidRPr="00DB2D58">
        <w:rPr>
          <w:rFonts w:cs="Times New Roman"/>
          <w:sz w:val="20"/>
          <w:szCs w:val="20"/>
        </w:rPr>
        <w:t xml:space="preserve"> </w:t>
      </w:r>
      <w:proofErr w:type="spellStart"/>
      <w:r w:rsidRPr="00DB2D58">
        <w:rPr>
          <w:rFonts w:cs="Times New Roman"/>
          <w:sz w:val="20"/>
          <w:szCs w:val="20"/>
        </w:rPr>
        <w:t>kecerdasan</w:t>
      </w:r>
      <w:proofErr w:type="spellEnd"/>
      <w:r w:rsidRPr="00DB2D58">
        <w:rPr>
          <w:rFonts w:cs="Times New Roman"/>
          <w:sz w:val="20"/>
          <w:szCs w:val="20"/>
        </w:rPr>
        <w:t xml:space="preserve"> </w:t>
      </w:r>
      <w:proofErr w:type="spellStart"/>
      <w:r w:rsidRPr="00DB2D58">
        <w:rPr>
          <w:rFonts w:cs="Times New Roman"/>
          <w:sz w:val="20"/>
          <w:szCs w:val="20"/>
        </w:rPr>
        <w:t>emosi</w:t>
      </w:r>
      <w:proofErr w:type="spellEnd"/>
      <w:r w:rsidR="00D654B1" w:rsidRPr="00DB2D58">
        <w:rPr>
          <w:rFonts w:cs="Times New Roman"/>
          <w:sz w:val="20"/>
          <w:szCs w:val="20"/>
        </w:rPr>
        <w:t xml:space="preserve"> </w:t>
      </w:r>
      <w:proofErr w:type="spellStart"/>
      <w:r w:rsidR="00D654B1" w:rsidRPr="00DB2D58">
        <w:rPr>
          <w:rFonts w:cs="Times New Roman"/>
          <w:sz w:val="20"/>
          <w:szCs w:val="20"/>
        </w:rPr>
        <w:t>dengan</w:t>
      </w:r>
      <w:proofErr w:type="spellEnd"/>
      <w:r w:rsidR="00D654B1" w:rsidRPr="00DB2D58">
        <w:rPr>
          <w:rFonts w:cs="Times New Roman"/>
          <w:sz w:val="20"/>
          <w:szCs w:val="20"/>
        </w:rPr>
        <w:t xml:space="preserve"> </w:t>
      </w:r>
      <w:proofErr w:type="spellStart"/>
      <w:r w:rsidR="00D654B1" w:rsidRPr="00DB2D58">
        <w:rPr>
          <w:rFonts w:cs="Times New Roman"/>
          <w:sz w:val="20"/>
          <w:szCs w:val="20"/>
        </w:rPr>
        <w:t>kemurungan</w:t>
      </w:r>
      <w:proofErr w:type="spellEnd"/>
      <w:r w:rsidR="00D654B1" w:rsidRPr="00DB2D58">
        <w:rPr>
          <w:rFonts w:cs="Times New Roman"/>
          <w:sz w:val="20"/>
          <w:szCs w:val="20"/>
        </w:rPr>
        <w:t xml:space="preserve">, </w:t>
      </w:r>
      <w:proofErr w:type="spellStart"/>
      <w:r w:rsidR="00D654B1" w:rsidRPr="00DB2D58">
        <w:rPr>
          <w:rFonts w:cs="Times New Roman"/>
          <w:sz w:val="20"/>
          <w:szCs w:val="20"/>
        </w:rPr>
        <w:t>kebimbangan</w:t>
      </w:r>
      <w:proofErr w:type="spellEnd"/>
      <w:r w:rsidR="00D654B1" w:rsidRPr="00DB2D58">
        <w:rPr>
          <w:rFonts w:cs="Times New Roman"/>
          <w:sz w:val="20"/>
          <w:szCs w:val="20"/>
        </w:rPr>
        <w:t xml:space="preserve"> </w:t>
      </w:r>
      <w:proofErr w:type="spellStart"/>
      <w:r w:rsidR="00D654B1" w:rsidRPr="00DB2D58">
        <w:rPr>
          <w:rFonts w:cs="Times New Roman"/>
          <w:sz w:val="20"/>
          <w:szCs w:val="20"/>
        </w:rPr>
        <w:t>dan</w:t>
      </w:r>
      <w:proofErr w:type="spellEnd"/>
      <w:r w:rsidR="00D654B1" w:rsidRPr="00DB2D58">
        <w:rPr>
          <w:rFonts w:cs="Times New Roman"/>
          <w:sz w:val="20"/>
          <w:szCs w:val="20"/>
        </w:rPr>
        <w:t xml:space="preserve"> </w:t>
      </w:r>
      <w:proofErr w:type="spellStart"/>
      <w:r w:rsidR="00D654B1" w:rsidRPr="00DB2D58">
        <w:rPr>
          <w:rFonts w:cs="Times New Roman"/>
          <w:sz w:val="20"/>
          <w:szCs w:val="20"/>
        </w:rPr>
        <w:t>tekanan</w:t>
      </w:r>
      <w:proofErr w:type="spellEnd"/>
      <w:r w:rsidR="00D654B1" w:rsidRPr="00DB2D58">
        <w:rPr>
          <w:rFonts w:cs="Times New Roman"/>
          <w:sz w:val="20"/>
          <w:szCs w:val="20"/>
        </w:rPr>
        <w:t xml:space="preserve"> </w:t>
      </w:r>
      <w:proofErr w:type="spellStart"/>
      <w:r w:rsidR="00D654B1" w:rsidRPr="00DB2D58">
        <w:rPr>
          <w:rFonts w:cs="Times New Roman"/>
          <w:sz w:val="20"/>
          <w:szCs w:val="20"/>
        </w:rPr>
        <w:t>dalam</w:t>
      </w:r>
      <w:proofErr w:type="spellEnd"/>
      <w:r w:rsidR="00D654B1" w:rsidRPr="00DB2D58">
        <w:rPr>
          <w:rFonts w:cs="Times New Roman"/>
          <w:sz w:val="20"/>
          <w:szCs w:val="20"/>
        </w:rPr>
        <w:t xml:space="preserve"> </w:t>
      </w:r>
      <w:proofErr w:type="spellStart"/>
      <w:r w:rsidR="00D654B1" w:rsidRPr="00DB2D58">
        <w:rPr>
          <w:rFonts w:cs="Times New Roman"/>
          <w:sz w:val="20"/>
          <w:szCs w:val="20"/>
        </w:rPr>
        <w:t>kalangan</w:t>
      </w:r>
      <w:proofErr w:type="spellEnd"/>
      <w:r w:rsidR="00D654B1" w:rsidRPr="00DB2D58">
        <w:rPr>
          <w:rFonts w:cs="Times New Roman"/>
          <w:sz w:val="20"/>
          <w:szCs w:val="20"/>
        </w:rPr>
        <w:t xml:space="preserve"> </w:t>
      </w:r>
      <w:proofErr w:type="spellStart"/>
      <w:r w:rsidR="00D654B1" w:rsidRPr="00DB2D58">
        <w:rPr>
          <w:rFonts w:cs="Times New Roman"/>
          <w:sz w:val="20"/>
          <w:szCs w:val="20"/>
        </w:rPr>
        <w:t>penghuni</w:t>
      </w:r>
      <w:proofErr w:type="spellEnd"/>
      <w:r w:rsidR="00D654B1" w:rsidRPr="00DB2D58">
        <w:rPr>
          <w:rFonts w:cs="Times New Roman"/>
          <w:sz w:val="20"/>
          <w:szCs w:val="20"/>
        </w:rPr>
        <w:t xml:space="preserve"> </w:t>
      </w:r>
      <w:proofErr w:type="spellStart"/>
      <w:r w:rsidR="00D654B1" w:rsidRPr="00DB2D58">
        <w:rPr>
          <w:rFonts w:cs="Times New Roman"/>
          <w:sz w:val="20"/>
          <w:szCs w:val="20"/>
        </w:rPr>
        <w:t>Pusat</w:t>
      </w:r>
      <w:proofErr w:type="spellEnd"/>
      <w:r w:rsidR="00D654B1" w:rsidRPr="00DB2D58">
        <w:rPr>
          <w:rFonts w:cs="Times New Roman"/>
          <w:sz w:val="20"/>
          <w:szCs w:val="20"/>
        </w:rPr>
        <w:t xml:space="preserve"> </w:t>
      </w:r>
      <w:proofErr w:type="spellStart"/>
      <w:r w:rsidR="00D654B1" w:rsidRPr="00DB2D58">
        <w:rPr>
          <w:rFonts w:cs="Times New Roman"/>
          <w:sz w:val="20"/>
          <w:szCs w:val="20"/>
        </w:rPr>
        <w:t>Pemulihan</w:t>
      </w:r>
      <w:proofErr w:type="spellEnd"/>
      <w:r w:rsidR="00D654B1" w:rsidRPr="00DB2D58">
        <w:rPr>
          <w:rFonts w:cs="Times New Roman"/>
          <w:sz w:val="20"/>
          <w:szCs w:val="20"/>
        </w:rPr>
        <w:t xml:space="preserve"> </w:t>
      </w:r>
      <w:proofErr w:type="spellStart"/>
      <w:r w:rsidR="00D654B1" w:rsidRPr="00DB2D58">
        <w:rPr>
          <w:rFonts w:cs="Times New Roman"/>
          <w:sz w:val="20"/>
          <w:szCs w:val="20"/>
        </w:rPr>
        <w:t>Penagihan</w:t>
      </w:r>
      <w:proofErr w:type="spellEnd"/>
      <w:r w:rsidR="00D654B1" w:rsidRPr="00DB2D58">
        <w:rPr>
          <w:rFonts w:cs="Times New Roman"/>
          <w:sz w:val="20"/>
          <w:szCs w:val="20"/>
        </w:rPr>
        <w:t xml:space="preserve"> </w:t>
      </w:r>
      <w:proofErr w:type="spellStart"/>
      <w:r w:rsidR="00D654B1" w:rsidRPr="00DB2D58">
        <w:rPr>
          <w:rFonts w:cs="Times New Roman"/>
          <w:sz w:val="20"/>
          <w:szCs w:val="20"/>
        </w:rPr>
        <w:t>Narkotik</w:t>
      </w:r>
      <w:proofErr w:type="spellEnd"/>
      <w:r w:rsidR="00D654B1" w:rsidRPr="00DB2D58">
        <w:rPr>
          <w:rFonts w:cs="Times New Roman"/>
          <w:sz w:val="20"/>
          <w:szCs w:val="20"/>
        </w:rPr>
        <w:t xml:space="preserve"> (PUSPEN). </w:t>
      </w:r>
      <w:proofErr w:type="spellStart"/>
      <w:r w:rsidR="00D654B1" w:rsidRPr="00DB2D58">
        <w:rPr>
          <w:rFonts w:cs="Times New Roman"/>
          <w:sz w:val="20"/>
          <w:szCs w:val="20"/>
        </w:rPr>
        <w:t>Kajian</w:t>
      </w:r>
      <w:proofErr w:type="spellEnd"/>
      <w:r w:rsidR="00D654B1" w:rsidRPr="00DB2D58">
        <w:rPr>
          <w:rFonts w:cs="Times New Roman"/>
          <w:sz w:val="20"/>
          <w:szCs w:val="20"/>
        </w:rPr>
        <w:t xml:space="preserve"> </w:t>
      </w:r>
      <w:proofErr w:type="spellStart"/>
      <w:r w:rsidR="00D654B1" w:rsidRPr="00DB2D58">
        <w:rPr>
          <w:rFonts w:cs="Times New Roman"/>
          <w:sz w:val="20"/>
          <w:szCs w:val="20"/>
        </w:rPr>
        <w:t>kuantitatif</w:t>
      </w:r>
      <w:proofErr w:type="spellEnd"/>
      <w:r w:rsidR="00D654B1" w:rsidRPr="00DB2D58">
        <w:rPr>
          <w:rFonts w:cs="Times New Roman"/>
          <w:sz w:val="20"/>
          <w:szCs w:val="20"/>
        </w:rPr>
        <w:t xml:space="preserve"> </w:t>
      </w:r>
      <w:proofErr w:type="spellStart"/>
      <w:r w:rsidR="00D654B1" w:rsidRPr="00DB2D58">
        <w:rPr>
          <w:rFonts w:cs="Times New Roman"/>
          <w:sz w:val="20"/>
          <w:szCs w:val="20"/>
        </w:rPr>
        <w:t>ini</w:t>
      </w:r>
      <w:proofErr w:type="spellEnd"/>
      <w:r w:rsidR="00D654B1" w:rsidRPr="00DB2D58">
        <w:rPr>
          <w:rFonts w:cs="Times New Roman"/>
          <w:sz w:val="20"/>
          <w:szCs w:val="20"/>
        </w:rPr>
        <w:t xml:space="preserve"> </w:t>
      </w:r>
      <w:proofErr w:type="spellStart"/>
      <w:r w:rsidR="00D654B1" w:rsidRPr="00DB2D58">
        <w:rPr>
          <w:rFonts w:cs="Times New Roman"/>
          <w:sz w:val="20"/>
          <w:szCs w:val="20"/>
        </w:rPr>
        <w:t>melibatkan</w:t>
      </w:r>
      <w:proofErr w:type="spellEnd"/>
      <w:r w:rsidR="00D654B1" w:rsidRPr="00DB2D58">
        <w:rPr>
          <w:rFonts w:cs="Times New Roman"/>
          <w:sz w:val="20"/>
          <w:szCs w:val="20"/>
        </w:rPr>
        <w:t xml:space="preserve"> 136 </w:t>
      </w:r>
      <w:proofErr w:type="spellStart"/>
      <w:r w:rsidR="00D654B1" w:rsidRPr="00DB2D58">
        <w:rPr>
          <w:rFonts w:cs="Times New Roman"/>
          <w:sz w:val="20"/>
          <w:szCs w:val="20"/>
        </w:rPr>
        <w:t>responden</w:t>
      </w:r>
      <w:proofErr w:type="spellEnd"/>
      <w:r w:rsidR="00D654B1" w:rsidRPr="00DB2D58">
        <w:rPr>
          <w:rFonts w:cs="Times New Roman"/>
          <w:sz w:val="20"/>
          <w:szCs w:val="20"/>
        </w:rPr>
        <w:t xml:space="preserve"> yang </w:t>
      </w:r>
      <w:proofErr w:type="spellStart"/>
      <w:r w:rsidR="00D654B1" w:rsidRPr="00DB2D58">
        <w:rPr>
          <w:rFonts w:cs="Times New Roman"/>
          <w:sz w:val="20"/>
          <w:szCs w:val="20"/>
        </w:rPr>
        <w:t>dipilih</w:t>
      </w:r>
      <w:proofErr w:type="spellEnd"/>
      <w:r w:rsidR="00D654B1" w:rsidRPr="00DB2D58">
        <w:rPr>
          <w:rFonts w:cs="Times New Roman"/>
          <w:sz w:val="20"/>
          <w:szCs w:val="20"/>
        </w:rPr>
        <w:t xml:space="preserve"> </w:t>
      </w:r>
      <w:proofErr w:type="spellStart"/>
      <w:r w:rsidR="00D654B1" w:rsidRPr="00DB2D58">
        <w:rPr>
          <w:rFonts w:cs="Times New Roman"/>
          <w:sz w:val="20"/>
          <w:szCs w:val="20"/>
        </w:rPr>
        <w:t>secara</w:t>
      </w:r>
      <w:proofErr w:type="spellEnd"/>
      <w:r w:rsidR="00D654B1" w:rsidRPr="00DB2D58">
        <w:rPr>
          <w:rFonts w:cs="Times New Roman"/>
          <w:sz w:val="20"/>
          <w:szCs w:val="20"/>
        </w:rPr>
        <w:t xml:space="preserve"> </w:t>
      </w:r>
      <w:proofErr w:type="spellStart"/>
      <w:r w:rsidR="00D654B1" w:rsidRPr="00DB2D58">
        <w:rPr>
          <w:rFonts w:cs="Times New Roman"/>
          <w:sz w:val="20"/>
          <w:szCs w:val="20"/>
        </w:rPr>
        <w:t>rawak</w:t>
      </w:r>
      <w:proofErr w:type="spellEnd"/>
      <w:r w:rsidR="00D654B1" w:rsidRPr="00DB2D58">
        <w:rPr>
          <w:rFonts w:cs="Times New Roman"/>
          <w:sz w:val="20"/>
          <w:szCs w:val="20"/>
        </w:rPr>
        <w:t xml:space="preserve">. </w:t>
      </w:r>
      <w:proofErr w:type="spellStart"/>
      <w:r w:rsidR="00D654B1" w:rsidRPr="00DB2D58">
        <w:rPr>
          <w:rFonts w:cs="Times New Roman"/>
          <w:sz w:val="20"/>
          <w:szCs w:val="20"/>
        </w:rPr>
        <w:t>Instrumen</w:t>
      </w:r>
      <w:proofErr w:type="spellEnd"/>
      <w:r w:rsidR="00D654B1" w:rsidRPr="00DB2D58">
        <w:rPr>
          <w:rFonts w:cs="Times New Roman"/>
          <w:sz w:val="20"/>
          <w:szCs w:val="20"/>
        </w:rPr>
        <w:t xml:space="preserve"> </w:t>
      </w:r>
      <w:proofErr w:type="spellStart"/>
      <w:r w:rsidR="00D654B1" w:rsidRPr="00DB2D58">
        <w:rPr>
          <w:rFonts w:cs="Times New Roman"/>
          <w:sz w:val="20"/>
          <w:szCs w:val="20"/>
        </w:rPr>
        <w:t>kajian</w:t>
      </w:r>
      <w:proofErr w:type="spellEnd"/>
      <w:r w:rsidR="00D654B1" w:rsidRPr="00DB2D58">
        <w:rPr>
          <w:rFonts w:cs="Times New Roman"/>
          <w:sz w:val="20"/>
          <w:szCs w:val="20"/>
        </w:rPr>
        <w:t xml:space="preserve"> </w:t>
      </w:r>
      <w:proofErr w:type="spellStart"/>
      <w:r w:rsidR="00D654B1" w:rsidRPr="00DB2D58">
        <w:rPr>
          <w:rFonts w:cs="Times New Roman"/>
          <w:sz w:val="20"/>
          <w:szCs w:val="20"/>
        </w:rPr>
        <w:t>terdiri</w:t>
      </w:r>
      <w:proofErr w:type="spellEnd"/>
      <w:r w:rsidR="00D654B1" w:rsidRPr="00DB2D58">
        <w:rPr>
          <w:rFonts w:cs="Times New Roman"/>
          <w:sz w:val="20"/>
          <w:szCs w:val="20"/>
        </w:rPr>
        <w:t xml:space="preserve"> </w:t>
      </w:r>
      <w:proofErr w:type="spellStart"/>
      <w:r w:rsidR="00D654B1" w:rsidRPr="00DB2D58">
        <w:rPr>
          <w:rFonts w:cs="Times New Roman"/>
          <w:sz w:val="20"/>
          <w:szCs w:val="20"/>
        </w:rPr>
        <w:t>daripada</w:t>
      </w:r>
      <w:proofErr w:type="spellEnd"/>
      <w:r w:rsidR="00D654B1" w:rsidRPr="00DB2D58">
        <w:rPr>
          <w:rFonts w:cs="Times New Roman"/>
          <w:sz w:val="20"/>
          <w:szCs w:val="20"/>
        </w:rPr>
        <w:t xml:space="preserve"> </w:t>
      </w:r>
      <w:r w:rsidRPr="00DB2D58">
        <w:rPr>
          <w:rFonts w:cs="Times New Roman"/>
          <w:i/>
          <w:sz w:val="20"/>
          <w:szCs w:val="20"/>
        </w:rPr>
        <w:t xml:space="preserve">The </w:t>
      </w:r>
      <w:r w:rsidR="00D654B1" w:rsidRPr="00DB2D58">
        <w:rPr>
          <w:rFonts w:cs="Times New Roman"/>
          <w:i/>
          <w:sz w:val="20"/>
          <w:szCs w:val="20"/>
        </w:rPr>
        <w:t>USM Emotional Quotient Inventory</w:t>
      </w:r>
      <w:r w:rsidR="00D654B1" w:rsidRPr="00DB2D58">
        <w:rPr>
          <w:rFonts w:cs="Times New Roman"/>
          <w:sz w:val="20"/>
          <w:szCs w:val="20"/>
        </w:rPr>
        <w:t xml:space="preserve"> (USMEQ-</w:t>
      </w:r>
      <w:proofErr w:type="spellStart"/>
      <w:r w:rsidR="00D654B1" w:rsidRPr="00DB2D58">
        <w:rPr>
          <w:rFonts w:cs="Times New Roman"/>
          <w:sz w:val="20"/>
          <w:szCs w:val="20"/>
        </w:rPr>
        <w:t>i</w:t>
      </w:r>
      <w:proofErr w:type="spellEnd"/>
      <w:r w:rsidR="00D654B1" w:rsidRPr="00DB2D58">
        <w:rPr>
          <w:rFonts w:cs="Times New Roman"/>
          <w:sz w:val="20"/>
          <w:szCs w:val="20"/>
        </w:rPr>
        <w:t xml:space="preserve">) </w:t>
      </w:r>
      <w:proofErr w:type="spellStart"/>
      <w:r w:rsidR="00D654B1" w:rsidRPr="00DB2D58">
        <w:rPr>
          <w:rFonts w:cs="Times New Roman"/>
          <w:sz w:val="20"/>
          <w:szCs w:val="20"/>
        </w:rPr>
        <w:t>dan</w:t>
      </w:r>
      <w:proofErr w:type="spellEnd"/>
      <w:r w:rsidR="00D654B1" w:rsidRPr="00DB2D58">
        <w:rPr>
          <w:rFonts w:cs="Times New Roman"/>
          <w:sz w:val="20"/>
          <w:szCs w:val="20"/>
        </w:rPr>
        <w:t xml:space="preserve"> </w:t>
      </w:r>
      <w:r w:rsidR="00D654B1" w:rsidRPr="00DB2D58">
        <w:rPr>
          <w:rFonts w:cs="Times New Roman"/>
          <w:i/>
          <w:sz w:val="20"/>
          <w:szCs w:val="20"/>
        </w:rPr>
        <w:t>Depression Anxiety Stress Scales</w:t>
      </w:r>
      <w:r w:rsidR="00D654B1" w:rsidRPr="00DB2D58">
        <w:rPr>
          <w:rFonts w:cs="Times New Roman"/>
          <w:sz w:val="20"/>
          <w:szCs w:val="20"/>
        </w:rPr>
        <w:t xml:space="preserve"> (DASS-21). Data </w:t>
      </w:r>
      <w:proofErr w:type="spellStart"/>
      <w:r w:rsidR="00D654B1" w:rsidRPr="00DB2D58">
        <w:rPr>
          <w:rFonts w:cs="Times New Roman"/>
          <w:sz w:val="20"/>
          <w:szCs w:val="20"/>
        </w:rPr>
        <w:t>dianalisis</w:t>
      </w:r>
      <w:proofErr w:type="spellEnd"/>
      <w:r w:rsidR="00D654B1" w:rsidRPr="00DB2D58">
        <w:rPr>
          <w:rFonts w:cs="Times New Roman"/>
          <w:sz w:val="20"/>
          <w:szCs w:val="20"/>
        </w:rPr>
        <w:t xml:space="preserve"> </w:t>
      </w:r>
      <w:proofErr w:type="spellStart"/>
      <w:r w:rsidR="00D654B1" w:rsidRPr="00DB2D58">
        <w:rPr>
          <w:rFonts w:cs="Times New Roman"/>
          <w:sz w:val="20"/>
          <w:szCs w:val="20"/>
        </w:rPr>
        <w:t>menggunakan</w:t>
      </w:r>
      <w:proofErr w:type="spellEnd"/>
      <w:r w:rsidR="00D654B1" w:rsidRPr="00DB2D58">
        <w:rPr>
          <w:rFonts w:cs="Times New Roman"/>
          <w:sz w:val="20"/>
          <w:szCs w:val="20"/>
        </w:rPr>
        <w:t xml:space="preserve"> </w:t>
      </w:r>
      <w:proofErr w:type="spellStart"/>
      <w:r w:rsidRPr="00DB2D58">
        <w:rPr>
          <w:rFonts w:cs="Times New Roman"/>
          <w:sz w:val="20"/>
          <w:szCs w:val="20"/>
          <w:lang w:val="en-MY"/>
        </w:rPr>
        <w:t>menggunakan</w:t>
      </w:r>
      <w:proofErr w:type="spellEnd"/>
      <w:r w:rsidRPr="00DB2D58">
        <w:rPr>
          <w:rFonts w:cs="Times New Roman"/>
          <w:sz w:val="20"/>
          <w:szCs w:val="20"/>
          <w:lang w:val="en-MY"/>
        </w:rPr>
        <w:t xml:space="preserve"> </w:t>
      </w:r>
      <w:proofErr w:type="spellStart"/>
      <w:r w:rsidRPr="00DB2D58">
        <w:rPr>
          <w:rFonts w:cs="Times New Roman"/>
          <w:sz w:val="20"/>
          <w:szCs w:val="20"/>
          <w:lang w:val="en-MY"/>
        </w:rPr>
        <w:t>perisian</w:t>
      </w:r>
      <w:proofErr w:type="spellEnd"/>
      <w:r w:rsidRPr="00DB2D58">
        <w:rPr>
          <w:rFonts w:cs="Times New Roman"/>
          <w:sz w:val="20"/>
          <w:szCs w:val="20"/>
          <w:lang w:val="en-MY"/>
        </w:rPr>
        <w:t xml:space="preserve"> </w:t>
      </w:r>
      <w:r w:rsidRPr="00DB2D58">
        <w:rPr>
          <w:rFonts w:cs="Times New Roman"/>
          <w:i/>
          <w:iCs/>
          <w:sz w:val="20"/>
          <w:szCs w:val="20"/>
          <w:lang w:val="en-MY"/>
        </w:rPr>
        <w:t>Statistical Package for the Social Sciences</w:t>
      </w:r>
      <w:r w:rsidRPr="00DB2D58">
        <w:rPr>
          <w:rFonts w:cs="Times New Roman"/>
          <w:sz w:val="20"/>
          <w:szCs w:val="20"/>
          <w:lang w:val="en-MY"/>
        </w:rPr>
        <w:t xml:space="preserve"> (SPSS) </w:t>
      </w:r>
      <w:proofErr w:type="spellStart"/>
      <w:r w:rsidRPr="00DB2D58">
        <w:rPr>
          <w:rFonts w:cs="Times New Roman"/>
          <w:sz w:val="20"/>
          <w:szCs w:val="20"/>
          <w:lang w:val="en-MY"/>
        </w:rPr>
        <w:t>versi</w:t>
      </w:r>
      <w:proofErr w:type="spellEnd"/>
      <w:r w:rsidRPr="00DB2D58">
        <w:rPr>
          <w:rFonts w:cs="Times New Roman"/>
          <w:sz w:val="20"/>
          <w:szCs w:val="20"/>
          <w:lang w:val="en-MY"/>
        </w:rPr>
        <w:t xml:space="preserve"> 29</w:t>
      </w:r>
      <w:r w:rsidR="000D08F6" w:rsidRPr="00DB2D58">
        <w:rPr>
          <w:rFonts w:cs="Times New Roman"/>
          <w:sz w:val="20"/>
          <w:szCs w:val="20"/>
          <w:lang w:val="en-MY"/>
        </w:rPr>
        <w:t>.</w:t>
      </w:r>
      <w:r w:rsidR="000D08F6" w:rsidRPr="00DB2D58">
        <w:rPr>
          <w:rFonts w:cs="Times New Roman"/>
          <w:sz w:val="20"/>
          <w:szCs w:val="20"/>
        </w:rPr>
        <w:t xml:space="preserve"> </w:t>
      </w:r>
      <w:proofErr w:type="spellStart"/>
      <w:r w:rsidR="000D08F6" w:rsidRPr="00DB2D58">
        <w:rPr>
          <w:rFonts w:cs="Times New Roman"/>
          <w:sz w:val="20"/>
          <w:szCs w:val="20"/>
        </w:rPr>
        <w:t>Hasil</w:t>
      </w:r>
      <w:proofErr w:type="spellEnd"/>
      <w:r w:rsidR="000D08F6" w:rsidRPr="00DB2D58">
        <w:rPr>
          <w:rFonts w:cs="Times New Roman"/>
          <w:sz w:val="20"/>
          <w:szCs w:val="20"/>
        </w:rPr>
        <w:t xml:space="preserve"> </w:t>
      </w:r>
      <w:proofErr w:type="spellStart"/>
      <w:r w:rsidR="000D08F6" w:rsidRPr="00DB2D58">
        <w:rPr>
          <w:rFonts w:cs="Times New Roman"/>
          <w:sz w:val="20"/>
          <w:szCs w:val="20"/>
        </w:rPr>
        <w:t>analisis</w:t>
      </w:r>
      <w:proofErr w:type="spellEnd"/>
      <w:r w:rsidR="000D08F6" w:rsidRPr="00DB2D58">
        <w:rPr>
          <w:rFonts w:cs="Times New Roman"/>
          <w:sz w:val="20"/>
          <w:szCs w:val="20"/>
        </w:rPr>
        <w:t xml:space="preserve"> Spearman’s rho </w:t>
      </w:r>
      <w:proofErr w:type="spellStart"/>
      <w:r w:rsidR="000D08F6" w:rsidRPr="00DB2D58">
        <w:rPr>
          <w:rFonts w:cs="Times New Roman"/>
          <w:sz w:val="20"/>
          <w:szCs w:val="20"/>
        </w:rPr>
        <w:t>menunjukkan</w:t>
      </w:r>
      <w:proofErr w:type="spellEnd"/>
      <w:r w:rsidR="000D08F6" w:rsidRPr="00DB2D58">
        <w:rPr>
          <w:rFonts w:cs="Times New Roman"/>
          <w:sz w:val="20"/>
          <w:szCs w:val="20"/>
        </w:rPr>
        <w:t xml:space="preserve"> </w:t>
      </w:r>
      <w:proofErr w:type="spellStart"/>
      <w:r w:rsidR="000D08F6" w:rsidRPr="00DB2D58">
        <w:rPr>
          <w:rFonts w:cs="Times New Roman"/>
          <w:sz w:val="20"/>
          <w:szCs w:val="20"/>
        </w:rPr>
        <w:t>terdapat</w:t>
      </w:r>
      <w:proofErr w:type="spellEnd"/>
      <w:r w:rsidR="000D08F6" w:rsidRPr="00DB2D58">
        <w:rPr>
          <w:rFonts w:cs="Times New Roman"/>
          <w:sz w:val="20"/>
          <w:szCs w:val="20"/>
        </w:rPr>
        <w:t xml:space="preserve"> </w:t>
      </w:r>
      <w:proofErr w:type="spellStart"/>
      <w:r w:rsidR="00D654B1" w:rsidRPr="00DB2D58">
        <w:rPr>
          <w:rFonts w:cs="Times New Roman"/>
          <w:sz w:val="20"/>
          <w:szCs w:val="20"/>
        </w:rPr>
        <w:t>tiada</w:t>
      </w:r>
      <w:proofErr w:type="spellEnd"/>
      <w:r w:rsidR="00D654B1" w:rsidRPr="00DB2D58">
        <w:rPr>
          <w:rFonts w:cs="Times New Roman"/>
          <w:sz w:val="20"/>
          <w:szCs w:val="20"/>
        </w:rPr>
        <w:t xml:space="preserve"> </w:t>
      </w:r>
      <w:proofErr w:type="spellStart"/>
      <w:r w:rsidR="00D654B1" w:rsidRPr="00DB2D58">
        <w:rPr>
          <w:rFonts w:cs="Times New Roman"/>
          <w:sz w:val="20"/>
          <w:szCs w:val="20"/>
        </w:rPr>
        <w:t>hubungan</w:t>
      </w:r>
      <w:proofErr w:type="spellEnd"/>
      <w:r w:rsidR="00D654B1" w:rsidRPr="00DB2D58">
        <w:rPr>
          <w:rFonts w:cs="Times New Roman"/>
          <w:sz w:val="20"/>
          <w:szCs w:val="20"/>
        </w:rPr>
        <w:t xml:space="preserve"> </w:t>
      </w:r>
      <w:proofErr w:type="spellStart"/>
      <w:r w:rsidR="00D654B1" w:rsidRPr="00DB2D58">
        <w:rPr>
          <w:rFonts w:cs="Times New Roman"/>
          <w:sz w:val="20"/>
          <w:szCs w:val="20"/>
        </w:rPr>
        <w:t>signifikan</w:t>
      </w:r>
      <w:proofErr w:type="spellEnd"/>
      <w:r w:rsidR="00D654B1" w:rsidRPr="00DB2D58">
        <w:rPr>
          <w:rFonts w:cs="Times New Roman"/>
          <w:sz w:val="20"/>
          <w:szCs w:val="20"/>
        </w:rPr>
        <w:t xml:space="preserve"> </w:t>
      </w:r>
      <w:proofErr w:type="spellStart"/>
      <w:r w:rsidR="00D654B1" w:rsidRPr="00DB2D58">
        <w:rPr>
          <w:rFonts w:cs="Times New Roman"/>
          <w:sz w:val="20"/>
          <w:szCs w:val="20"/>
        </w:rPr>
        <w:t>antara</w:t>
      </w:r>
      <w:proofErr w:type="spellEnd"/>
      <w:r w:rsidR="00D654B1" w:rsidRPr="00DB2D58">
        <w:rPr>
          <w:rFonts w:cs="Times New Roman"/>
          <w:sz w:val="20"/>
          <w:szCs w:val="20"/>
        </w:rPr>
        <w:t xml:space="preserve"> </w:t>
      </w:r>
      <w:proofErr w:type="spellStart"/>
      <w:r w:rsidR="000D08F6" w:rsidRPr="00DB2D58">
        <w:rPr>
          <w:rFonts w:cs="Times New Roman"/>
          <w:sz w:val="20"/>
          <w:szCs w:val="20"/>
        </w:rPr>
        <w:t>kecerdasan</w:t>
      </w:r>
      <w:proofErr w:type="spellEnd"/>
      <w:r w:rsidR="000D08F6" w:rsidRPr="00DB2D58">
        <w:rPr>
          <w:rFonts w:cs="Times New Roman"/>
          <w:sz w:val="20"/>
          <w:szCs w:val="20"/>
        </w:rPr>
        <w:t xml:space="preserve"> </w:t>
      </w:r>
      <w:proofErr w:type="spellStart"/>
      <w:r w:rsidR="000D08F6" w:rsidRPr="00DB2D58">
        <w:rPr>
          <w:rFonts w:cs="Times New Roman"/>
          <w:sz w:val="20"/>
          <w:szCs w:val="20"/>
        </w:rPr>
        <w:t>emosi</w:t>
      </w:r>
      <w:proofErr w:type="spellEnd"/>
      <w:r w:rsidR="00D654B1" w:rsidRPr="00DB2D58">
        <w:rPr>
          <w:rFonts w:cs="Times New Roman"/>
          <w:sz w:val="20"/>
          <w:szCs w:val="20"/>
        </w:rPr>
        <w:t xml:space="preserve"> </w:t>
      </w:r>
      <w:proofErr w:type="spellStart"/>
      <w:r w:rsidR="00D654B1" w:rsidRPr="00DB2D58">
        <w:rPr>
          <w:rFonts w:cs="Times New Roman"/>
          <w:sz w:val="20"/>
          <w:szCs w:val="20"/>
        </w:rPr>
        <w:t>dengan</w:t>
      </w:r>
      <w:proofErr w:type="spellEnd"/>
      <w:r w:rsidR="00D654B1" w:rsidRPr="00DB2D58">
        <w:rPr>
          <w:rFonts w:cs="Times New Roman"/>
          <w:sz w:val="20"/>
          <w:szCs w:val="20"/>
        </w:rPr>
        <w:t xml:space="preserve"> </w:t>
      </w:r>
      <w:proofErr w:type="spellStart"/>
      <w:r w:rsidR="000D08F6" w:rsidRPr="00DB2D58">
        <w:rPr>
          <w:rFonts w:cs="Times New Roman"/>
          <w:sz w:val="20"/>
          <w:szCs w:val="20"/>
          <w:lang w:val="en-MY"/>
        </w:rPr>
        <w:t>dengan</w:t>
      </w:r>
      <w:proofErr w:type="spellEnd"/>
      <w:r w:rsidR="000D08F6" w:rsidRPr="00DB2D58">
        <w:rPr>
          <w:rFonts w:cs="Times New Roman"/>
          <w:sz w:val="20"/>
          <w:szCs w:val="20"/>
          <w:lang w:val="en-MY"/>
        </w:rPr>
        <w:t xml:space="preserve"> </w:t>
      </w:r>
      <w:proofErr w:type="spellStart"/>
      <w:r w:rsidR="000D08F6" w:rsidRPr="00DB2D58">
        <w:rPr>
          <w:rFonts w:cs="Times New Roman"/>
          <w:sz w:val="20"/>
          <w:szCs w:val="20"/>
          <w:lang w:val="en-MY"/>
        </w:rPr>
        <w:t>kemurungan</w:t>
      </w:r>
      <w:proofErr w:type="spellEnd"/>
      <w:r w:rsidR="000D08F6" w:rsidRPr="00DB2D58">
        <w:rPr>
          <w:rFonts w:cs="Times New Roman"/>
          <w:sz w:val="20"/>
          <w:szCs w:val="20"/>
          <w:lang w:val="en-MY"/>
        </w:rPr>
        <w:t xml:space="preserve"> (rₛ = .007, p = .937), </w:t>
      </w:r>
      <w:proofErr w:type="spellStart"/>
      <w:r w:rsidR="000D08F6" w:rsidRPr="00DB2D58">
        <w:rPr>
          <w:rFonts w:cs="Times New Roman"/>
          <w:sz w:val="20"/>
          <w:szCs w:val="20"/>
          <w:lang w:val="en-MY"/>
        </w:rPr>
        <w:t>kebimbangan</w:t>
      </w:r>
      <w:proofErr w:type="spellEnd"/>
      <w:r w:rsidR="000D08F6" w:rsidRPr="00DB2D58">
        <w:rPr>
          <w:rFonts w:cs="Times New Roman"/>
          <w:sz w:val="20"/>
          <w:szCs w:val="20"/>
          <w:lang w:val="en-MY"/>
        </w:rPr>
        <w:t xml:space="preserve"> (rₛ = –.153, p = .076), </w:t>
      </w:r>
      <w:proofErr w:type="spellStart"/>
      <w:r w:rsidR="000D08F6" w:rsidRPr="00DB2D58">
        <w:rPr>
          <w:rFonts w:cs="Times New Roman"/>
          <w:sz w:val="20"/>
          <w:szCs w:val="20"/>
          <w:lang w:val="en-MY"/>
        </w:rPr>
        <w:t>dan</w:t>
      </w:r>
      <w:proofErr w:type="spellEnd"/>
      <w:r w:rsidR="000D08F6" w:rsidRPr="00DB2D58">
        <w:rPr>
          <w:rFonts w:cs="Times New Roman"/>
          <w:sz w:val="20"/>
          <w:szCs w:val="20"/>
          <w:lang w:val="en-MY"/>
        </w:rPr>
        <w:t xml:space="preserve"> </w:t>
      </w:r>
      <w:proofErr w:type="spellStart"/>
      <w:r w:rsidR="000D08F6" w:rsidRPr="00DB2D58">
        <w:rPr>
          <w:rFonts w:cs="Times New Roman"/>
          <w:sz w:val="20"/>
          <w:szCs w:val="20"/>
          <w:lang w:val="en-MY"/>
        </w:rPr>
        <w:t>tekanan</w:t>
      </w:r>
      <w:proofErr w:type="spellEnd"/>
      <w:r w:rsidR="000D08F6" w:rsidRPr="00DB2D58">
        <w:rPr>
          <w:rFonts w:cs="Times New Roman"/>
          <w:sz w:val="20"/>
          <w:szCs w:val="20"/>
          <w:lang w:val="en-MY"/>
        </w:rPr>
        <w:t xml:space="preserve"> (rₛ = –.124, p = .152)</w:t>
      </w:r>
      <w:r w:rsidR="00D654B1" w:rsidRPr="00DB2D58">
        <w:rPr>
          <w:rFonts w:cs="Times New Roman"/>
          <w:sz w:val="20"/>
          <w:szCs w:val="20"/>
        </w:rPr>
        <w:t xml:space="preserve">. </w:t>
      </w:r>
      <w:proofErr w:type="spellStart"/>
      <w:r w:rsidR="00D654B1" w:rsidRPr="00DB2D58">
        <w:rPr>
          <w:rFonts w:cs="Times New Roman"/>
          <w:sz w:val="20"/>
          <w:szCs w:val="20"/>
        </w:rPr>
        <w:t>Walaupun</w:t>
      </w:r>
      <w:proofErr w:type="spellEnd"/>
      <w:r w:rsidR="00D654B1" w:rsidRPr="00DB2D58">
        <w:rPr>
          <w:rFonts w:cs="Times New Roman"/>
          <w:sz w:val="20"/>
          <w:szCs w:val="20"/>
        </w:rPr>
        <w:t xml:space="preserve"> </w:t>
      </w:r>
      <w:proofErr w:type="spellStart"/>
      <w:r w:rsidR="00D654B1" w:rsidRPr="00DB2D58">
        <w:rPr>
          <w:rFonts w:cs="Times New Roman"/>
          <w:sz w:val="20"/>
          <w:szCs w:val="20"/>
        </w:rPr>
        <w:t>begitu</w:t>
      </w:r>
      <w:proofErr w:type="spellEnd"/>
      <w:r w:rsidR="00D654B1" w:rsidRPr="00DB2D58">
        <w:rPr>
          <w:rFonts w:cs="Times New Roman"/>
          <w:sz w:val="20"/>
          <w:szCs w:val="20"/>
        </w:rPr>
        <w:t xml:space="preserve">, </w:t>
      </w:r>
      <w:proofErr w:type="spellStart"/>
      <w:r w:rsidR="000D08F6" w:rsidRPr="00DB2D58">
        <w:rPr>
          <w:rFonts w:cs="Times New Roman"/>
          <w:sz w:val="20"/>
          <w:szCs w:val="20"/>
        </w:rPr>
        <w:t>kecerdasan</w:t>
      </w:r>
      <w:proofErr w:type="spellEnd"/>
      <w:r w:rsidR="000D08F6" w:rsidRPr="00DB2D58">
        <w:rPr>
          <w:rFonts w:cs="Times New Roman"/>
          <w:sz w:val="20"/>
          <w:szCs w:val="20"/>
        </w:rPr>
        <w:t xml:space="preserve"> </w:t>
      </w:r>
      <w:proofErr w:type="spellStart"/>
      <w:r w:rsidR="000D08F6" w:rsidRPr="00DB2D58">
        <w:rPr>
          <w:rFonts w:cs="Times New Roman"/>
          <w:sz w:val="20"/>
          <w:szCs w:val="20"/>
        </w:rPr>
        <w:t>emosi</w:t>
      </w:r>
      <w:proofErr w:type="spellEnd"/>
      <w:r w:rsidR="00D654B1" w:rsidRPr="00DB2D58">
        <w:rPr>
          <w:rFonts w:cs="Times New Roman"/>
          <w:sz w:val="20"/>
          <w:szCs w:val="20"/>
        </w:rPr>
        <w:t xml:space="preserve"> </w:t>
      </w:r>
      <w:proofErr w:type="spellStart"/>
      <w:r w:rsidR="00D654B1" w:rsidRPr="00DB2D58">
        <w:rPr>
          <w:rFonts w:cs="Times New Roman"/>
          <w:sz w:val="20"/>
          <w:szCs w:val="20"/>
        </w:rPr>
        <w:t>kekal</w:t>
      </w:r>
      <w:proofErr w:type="spellEnd"/>
      <w:r w:rsidR="00D654B1" w:rsidRPr="00DB2D58">
        <w:rPr>
          <w:rFonts w:cs="Times New Roman"/>
          <w:sz w:val="20"/>
          <w:szCs w:val="20"/>
        </w:rPr>
        <w:t xml:space="preserve"> </w:t>
      </w:r>
      <w:proofErr w:type="spellStart"/>
      <w:r w:rsidR="00D654B1" w:rsidRPr="00DB2D58">
        <w:rPr>
          <w:rFonts w:cs="Times New Roman"/>
          <w:sz w:val="20"/>
          <w:szCs w:val="20"/>
        </w:rPr>
        <w:t>penting</w:t>
      </w:r>
      <w:proofErr w:type="spellEnd"/>
      <w:r w:rsidR="00D654B1" w:rsidRPr="00DB2D58">
        <w:rPr>
          <w:rFonts w:cs="Times New Roman"/>
          <w:sz w:val="20"/>
          <w:szCs w:val="20"/>
        </w:rPr>
        <w:t xml:space="preserve"> </w:t>
      </w:r>
      <w:proofErr w:type="spellStart"/>
      <w:r w:rsidR="00D654B1" w:rsidRPr="00DB2D58">
        <w:rPr>
          <w:rFonts w:cs="Times New Roman"/>
          <w:sz w:val="20"/>
          <w:szCs w:val="20"/>
        </w:rPr>
        <w:t>sebagai</w:t>
      </w:r>
      <w:proofErr w:type="spellEnd"/>
      <w:r w:rsidR="00D654B1" w:rsidRPr="00DB2D58">
        <w:rPr>
          <w:rFonts w:cs="Times New Roman"/>
          <w:sz w:val="20"/>
          <w:szCs w:val="20"/>
        </w:rPr>
        <w:t xml:space="preserve"> </w:t>
      </w:r>
      <w:proofErr w:type="spellStart"/>
      <w:r w:rsidR="00D654B1" w:rsidRPr="00DB2D58">
        <w:rPr>
          <w:rFonts w:cs="Times New Roman"/>
          <w:sz w:val="20"/>
          <w:szCs w:val="20"/>
        </w:rPr>
        <w:t>mekanisme</w:t>
      </w:r>
      <w:proofErr w:type="spellEnd"/>
      <w:r w:rsidR="00D654B1" w:rsidRPr="00DB2D58">
        <w:rPr>
          <w:rFonts w:cs="Times New Roman"/>
          <w:sz w:val="20"/>
          <w:szCs w:val="20"/>
        </w:rPr>
        <w:t xml:space="preserve"> </w:t>
      </w:r>
      <w:proofErr w:type="spellStart"/>
      <w:r w:rsidR="00D654B1" w:rsidRPr="00DB2D58">
        <w:rPr>
          <w:rFonts w:cs="Times New Roman"/>
          <w:sz w:val="20"/>
          <w:szCs w:val="20"/>
        </w:rPr>
        <w:t>perlindungan</w:t>
      </w:r>
      <w:proofErr w:type="spellEnd"/>
      <w:r w:rsidR="00D654B1" w:rsidRPr="00DB2D58">
        <w:rPr>
          <w:rFonts w:cs="Times New Roman"/>
          <w:sz w:val="20"/>
          <w:szCs w:val="20"/>
        </w:rPr>
        <w:t xml:space="preserve"> </w:t>
      </w:r>
      <w:proofErr w:type="spellStart"/>
      <w:r w:rsidR="00D654B1" w:rsidRPr="00DB2D58">
        <w:rPr>
          <w:rFonts w:cs="Times New Roman"/>
          <w:sz w:val="20"/>
          <w:szCs w:val="20"/>
        </w:rPr>
        <w:t>psikologi</w:t>
      </w:r>
      <w:proofErr w:type="spellEnd"/>
      <w:r w:rsidR="00D654B1" w:rsidRPr="00DB2D58">
        <w:rPr>
          <w:rFonts w:cs="Times New Roman"/>
          <w:sz w:val="20"/>
          <w:szCs w:val="20"/>
        </w:rPr>
        <w:t xml:space="preserve"> </w:t>
      </w:r>
      <w:proofErr w:type="spellStart"/>
      <w:r w:rsidR="00D654B1" w:rsidRPr="00DB2D58">
        <w:rPr>
          <w:rFonts w:cs="Times New Roman"/>
          <w:sz w:val="20"/>
          <w:szCs w:val="20"/>
        </w:rPr>
        <w:t>dalam</w:t>
      </w:r>
      <w:proofErr w:type="spellEnd"/>
      <w:r w:rsidR="00D654B1" w:rsidRPr="00DB2D58">
        <w:rPr>
          <w:rFonts w:cs="Times New Roman"/>
          <w:sz w:val="20"/>
          <w:szCs w:val="20"/>
        </w:rPr>
        <w:t xml:space="preserve"> </w:t>
      </w:r>
      <w:proofErr w:type="spellStart"/>
      <w:r w:rsidR="00D654B1" w:rsidRPr="00DB2D58">
        <w:rPr>
          <w:rFonts w:cs="Times New Roman"/>
          <w:sz w:val="20"/>
          <w:szCs w:val="20"/>
        </w:rPr>
        <w:t>kalangan</w:t>
      </w:r>
      <w:proofErr w:type="spellEnd"/>
      <w:r w:rsidR="00D654B1" w:rsidRPr="00DB2D58">
        <w:rPr>
          <w:rFonts w:cs="Times New Roman"/>
          <w:sz w:val="20"/>
          <w:szCs w:val="20"/>
        </w:rPr>
        <w:t xml:space="preserve"> </w:t>
      </w:r>
      <w:proofErr w:type="spellStart"/>
      <w:r w:rsidR="00D654B1" w:rsidRPr="00DB2D58">
        <w:rPr>
          <w:rFonts w:cs="Times New Roman"/>
          <w:sz w:val="20"/>
          <w:szCs w:val="20"/>
        </w:rPr>
        <w:t>individu</w:t>
      </w:r>
      <w:proofErr w:type="spellEnd"/>
      <w:r w:rsidR="00D654B1" w:rsidRPr="00DB2D58">
        <w:rPr>
          <w:rFonts w:cs="Times New Roman"/>
          <w:sz w:val="20"/>
          <w:szCs w:val="20"/>
        </w:rPr>
        <w:t xml:space="preserve"> yang </w:t>
      </w:r>
      <w:proofErr w:type="spellStart"/>
      <w:r w:rsidR="00D654B1" w:rsidRPr="00DB2D58">
        <w:rPr>
          <w:rFonts w:cs="Times New Roman"/>
          <w:sz w:val="20"/>
          <w:szCs w:val="20"/>
        </w:rPr>
        <w:t>menjalani</w:t>
      </w:r>
      <w:proofErr w:type="spellEnd"/>
      <w:r w:rsidR="00D654B1" w:rsidRPr="00DB2D58">
        <w:rPr>
          <w:rFonts w:cs="Times New Roman"/>
          <w:sz w:val="20"/>
          <w:szCs w:val="20"/>
        </w:rPr>
        <w:t xml:space="preserve"> </w:t>
      </w:r>
      <w:proofErr w:type="spellStart"/>
      <w:r w:rsidR="00D654B1" w:rsidRPr="00DB2D58">
        <w:rPr>
          <w:rFonts w:cs="Times New Roman"/>
          <w:sz w:val="20"/>
          <w:szCs w:val="20"/>
        </w:rPr>
        <w:t>rawatan</w:t>
      </w:r>
      <w:proofErr w:type="spellEnd"/>
      <w:r w:rsidR="00D654B1" w:rsidRPr="00DB2D58">
        <w:rPr>
          <w:rFonts w:cs="Times New Roman"/>
          <w:sz w:val="20"/>
          <w:szCs w:val="20"/>
        </w:rPr>
        <w:t xml:space="preserve"> </w:t>
      </w:r>
      <w:proofErr w:type="spellStart"/>
      <w:r w:rsidR="00D654B1" w:rsidRPr="00DB2D58">
        <w:rPr>
          <w:rFonts w:cs="Times New Roman"/>
          <w:sz w:val="20"/>
          <w:szCs w:val="20"/>
        </w:rPr>
        <w:t>ketagihan</w:t>
      </w:r>
      <w:proofErr w:type="spellEnd"/>
      <w:r w:rsidR="00D654B1" w:rsidRPr="00DB2D58">
        <w:rPr>
          <w:rFonts w:cs="Times New Roman"/>
          <w:sz w:val="20"/>
          <w:szCs w:val="20"/>
        </w:rPr>
        <w:t xml:space="preserve">. </w:t>
      </w:r>
      <w:proofErr w:type="spellStart"/>
      <w:r w:rsidR="00D654B1" w:rsidRPr="00DB2D58">
        <w:rPr>
          <w:rFonts w:cs="Times New Roman"/>
          <w:sz w:val="20"/>
          <w:szCs w:val="20"/>
        </w:rPr>
        <w:t>Kajian</w:t>
      </w:r>
      <w:proofErr w:type="spellEnd"/>
      <w:r w:rsidR="00D654B1" w:rsidRPr="00DB2D58">
        <w:rPr>
          <w:rFonts w:cs="Times New Roman"/>
          <w:sz w:val="20"/>
          <w:szCs w:val="20"/>
        </w:rPr>
        <w:t xml:space="preserve"> </w:t>
      </w:r>
      <w:proofErr w:type="spellStart"/>
      <w:r w:rsidR="00D654B1" w:rsidRPr="00DB2D58">
        <w:rPr>
          <w:rFonts w:cs="Times New Roman"/>
          <w:sz w:val="20"/>
          <w:szCs w:val="20"/>
        </w:rPr>
        <w:t>mencadangkan</w:t>
      </w:r>
      <w:proofErr w:type="spellEnd"/>
      <w:r w:rsidR="00D654B1" w:rsidRPr="00DB2D58">
        <w:rPr>
          <w:rFonts w:cs="Times New Roman"/>
          <w:sz w:val="20"/>
          <w:szCs w:val="20"/>
        </w:rPr>
        <w:t xml:space="preserve"> agar </w:t>
      </w:r>
      <w:proofErr w:type="spellStart"/>
      <w:r w:rsidR="00D654B1" w:rsidRPr="00DB2D58">
        <w:rPr>
          <w:rFonts w:cs="Times New Roman"/>
          <w:sz w:val="20"/>
          <w:szCs w:val="20"/>
        </w:rPr>
        <w:t>penyelidikan</w:t>
      </w:r>
      <w:proofErr w:type="spellEnd"/>
      <w:r w:rsidR="00D654B1" w:rsidRPr="00DB2D58">
        <w:rPr>
          <w:rFonts w:cs="Times New Roman"/>
          <w:sz w:val="20"/>
          <w:szCs w:val="20"/>
        </w:rPr>
        <w:t xml:space="preserve"> masa </w:t>
      </w:r>
      <w:proofErr w:type="spellStart"/>
      <w:r w:rsidR="00D654B1" w:rsidRPr="00DB2D58">
        <w:rPr>
          <w:rFonts w:cs="Times New Roman"/>
          <w:sz w:val="20"/>
          <w:szCs w:val="20"/>
        </w:rPr>
        <w:t>depan</w:t>
      </w:r>
      <w:proofErr w:type="spellEnd"/>
      <w:r w:rsidR="00D654B1" w:rsidRPr="00DB2D58">
        <w:rPr>
          <w:rFonts w:cs="Times New Roman"/>
          <w:sz w:val="20"/>
          <w:szCs w:val="20"/>
        </w:rPr>
        <w:t xml:space="preserve"> </w:t>
      </w:r>
      <w:proofErr w:type="spellStart"/>
      <w:r w:rsidR="00D654B1" w:rsidRPr="00DB2D58">
        <w:rPr>
          <w:rFonts w:cs="Times New Roman"/>
          <w:sz w:val="20"/>
          <w:szCs w:val="20"/>
        </w:rPr>
        <w:t>meneliti</w:t>
      </w:r>
      <w:proofErr w:type="spellEnd"/>
      <w:r w:rsidR="00D654B1" w:rsidRPr="00DB2D58">
        <w:rPr>
          <w:rFonts w:cs="Times New Roman"/>
          <w:sz w:val="20"/>
          <w:szCs w:val="20"/>
        </w:rPr>
        <w:t xml:space="preserve"> </w:t>
      </w:r>
      <w:proofErr w:type="spellStart"/>
      <w:r w:rsidR="00D654B1" w:rsidRPr="00DB2D58">
        <w:rPr>
          <w:rFonts w:cs="Times New Roman"/>
          <w:sz w:val="20"/>
          <w:szCs w:val="20"/>
        </w:rPr>
        <w:t>faktor</w:t>
      </w:r>
      <w:proofErr w:type="spellEnd"/>
      <w:r w:rsidR="00D654B1" w:rsidRPr="00DB2D58">
        <w:rPr>
          <w:rFonts w:cs="Times New Roman"/>
          <w:sz w:val="20"/>
          <w:szCs w:val="20"/>
        </w:rPr>
        <w:t xml:space="preserve"> lain </w:t>
      </w:r>
      <w:proofErr w:type="spellStart"/>
      <w:r w:rsidR="00D654B1" w:rsidRPr="00DB2D58">
        <w:rPr>
          <w:rFonts w:cs="Times New Roman"/>
          <w:sz w:val="20"/>
          <w:szCs w:val="20"/>
        </w:rPr>
        <w:t>seperti</w:t>
      </w:r>
      <w:proofErr w:type="spellEnd"/>
      <w:r w:rsidR="00D654B1" w:rsidRPr="00DB2D58">
        <w:rPr>
          <w:rFonts w:cs="Times New Roman"/>
          <w:sz w:val="20"/>
          <w:szCs w:val="20"/>
        </w:rPr>
        <w:t xml:space="preserve"> </w:t>
      </w:r>
      <w:proofErr w:type="spellStart"/>
      <w:r w:rsidR="00D654B1" w:rsidRPr="00DB2D58">
        <w:rPr>
          <w:rFonts w:cs="Times New Roman"/>
          <w:sz w:val="20"/>
          <w:szCs w:val="20"/>
        </w:rPr>
        <w:t>spiritualiti</w:t>
      </w:r>
      <w:proofErr w:type="spellEnd"/>
      <w:r w:rsidR="00D654B1" w:rsidRPr="00DB2D58">
        <w:rPr>
          <w:rFonts w:cs="Times New Roman"/>
          <w:sz w:val="20"/>
          <w:szCs w:val="20"/>
        </w:rPr>
        <w:t xml:space="preserve">, </w:t>
      </w:r>
      <w:proofErr w:type="spellStart"/>
      <w:r w:rsidR="00D654B1" w:rsidRPr="00DB2D58">
        <w:rPr>
          <w:rFonts w:cs="Times New Roman"/>
          <w:sz w:val="20"/>
          <w:szCs w:val="20"/>
        </w:rPr>
        <w:t>sokongan</w:t>
      </w:r>
      <w:proofErr w:type="spellEnd"/>
      <w:r w:rsidR="00D654B1" w:rsidRPr="00DB2D58">
        <w:rPr>
          <w:rFonts w:cs="Times New Roman"/>
          <w:sz w:val="20"/>
          <w:szCs w:val="20"/>
        </w:rPr>
        <w:t xml:space="preserve"> </w:t>
      </w:r>
      <w:proofErr w:type="spellStart"/>
      <w:r w:rsidR="00D654B1" w:rsidRPr="00DB2D58">
        <w:rPr>
          <w:rFonts w:cs="Times New Roman"/>
          <w:sz w:val="20"/>
          <w:szCs w:val="20"/>
        </w:rPr>
        <w:t>sosial</w:t>
      </w:r>
      <w:proofErr w:type="spellEnd"/>
      <w:r w:rsidR="00D654B1" w:rsidRPr="00DB2D58">
        <w:rPr>
          <w:rFonts w:cs="Times New Roman"/>
          <w:sz w:val="20"/>
          <w:szCs w:val="20"/>
        </w:rPr>
        <w:t xml:space="preserve"> </w:t>
      </w:r>
      <w:proofErr w:type="spellStart"/>
      <w:r w:rsidR="00D654B1" w:rsidRPr="00DB2D58">
        <w:rPr>
          <w:rFonts w:cs="Times New Roman"/>
          <w:sz w:val="20"/>
          <w:szCs w:val="20"/>
        </w:rPr>
        <w:t>dan</w:t>
      </w:r>
      <w:proofErr w:type="spellEnd"/>
      <w:r w:rsidR="00D654B1" w:rsidRPr="00DB2D58">
        <w:rPr>
          <w:rFonts w:cs="Times New Roman"/>
          <w:sz w:val="20"/>
          <w:szCs w:val="20"/>
        </w:rPr>
        <w:t xml:space="preserve"> </w:t>
      </w:r>
      <w:proofErr w:type="spellStart"/>
      <w:r w:rsidR="00D654B1" w:rsidRPr="00DB2D58">
        <w:rPr>
          <w:rFonts w:cs="Times New Roman"/>
          <w:sz w:val="20"/>
          <w:szCs w:val="20"/>
        </w:rPr>
        <w:t>daya</w:t>
      </w:r>
      <w:proofErr w:type="spellEnd"/>
      <w:r w:rsidR="00D654B1" w:rsidRPr="00DB2D58">
        <w:rPr>
          <w:rFonts w:cs="Times New Roman"/>
          <w:sz w:val="20"/>
          <w:szCs w:val="20"/>
        </w:rPr>
        <w:t xml:space="preserve"> </w:t>
      </w:r>
      <w:proofErr w:type="spellStart"/>
      <w:r w:rsidR="00D654B1" w:rsidRPr="00DB2D58">
        <w:rPr>
          <w:rFonts w:cs="Times New Roman"/>
          <w:sz w:val="20"/>
          <w:szCs w:val="20"/>
        </w:rPr>
        <w:t>tahan</w:t>
      </w:r>
      <w:proofErr w:type="spellEnd"/>
      <w:r w:rsidR="00D654B1" w:rsidRPr="00DB2D58">
        <w:rPr>
          <w:rFonts w:cs="Times New Roman"/>
          <w:sz w:val="20"/>
          <w:szCs w:val="20"/>
        </w:rPr>
        <w:t xml:space="preserve"> </w:t>
      </w:r>
      <w:proofErr w:type="spellStart"/>
      <w:r w:rsidR="00D654B1" w:rsidRPr="00DB2D58">
        <w:rPr>
          <w:rFonts w:cs="Times New Roman"/>
          <w:sz w:val="20"/>
          <w:szCs w:val="20"/>
        </w:rPr>
        <w:t>psikologi</w:t>
      </w:r>
      <w:proofErr w:type="spellEnd"/>
      <w:r w:rsidR="00D654B1" w:rsidRPr="00DB2D58">
        <w:rPr>
          <w:rFonts w:cs="Times New Roman"/>
          <w:sz w:val="20"/>
          <w:szCs w:val="20"/>
        </w:rPr>
        <w:t xml:space="preserve"> untuk </w:t>
      </w:r>
      <w:proofErr w:type="spellStart"/>
      <w:r w:rsidR="00D654B1" w:rsidRPr="00DB2D58">
        <w:rPr>
          <w:rFonts w:cs="Times New Roman"/>
          <w:sz w:val="20"/>
          <w:szCs w:val="20"/>
        </w:rPr>
        <w:t>memperluas</w:t>
      </w:r>
      <w:proofErr w:type="spellEnd"/>
      <w:r w:rsidR="00D654B1" w:rsidRPr="00DB2D58">
        <w:rPr>
          <w:rFonts w:cs="Times New Roman"/>
          <w:sz w:val="20"/>
          <w:szCs w:val="20"/>
        </w:rPr>
        <w:t xml:space="preserve"> </w:t>
      </w:r>
      <w:proofErr w:type="spellStart"/>
      <w:r w:rsidR="00D654B1" w:rsidRPr="00DB2D58">
        <w:rPr>
          <w:rFonts w:cs="Times New Roman"/>
          <w:sz w:val="20"/>
          <w:szCs w:val="20"/>
        </w:rPr>
        <w:t>pemahaman</w:t>
      </w:r>
      <w:proofErr w:type="spellEnd"/>
      <w:r w:rsidR="00D654B1" w:rsidRPr="00DB2D58">
        <w:rPr>
          <w:rFonts w:cs="Times New Roman"/>
          <w:sz w:val="20"/>
          <w:szCs w:val="20"/>
        </w:rPr>
        <w:t xml:space="preserve"> </w:t>
      </w:r>
      <w:proofErr w:type="spellStart"/>
      <w:r w:rsidR="00D654B1" w:rsidRPr="00DB2D58">
        <w:rPr>
          <w:rFonts w:cs="Times New Roman"/>
          <w:sz w:val="20"/>
          <w:szCs w:val="20"/>
        </w:rPr>
        <w:t>terhadap</w:t>
      </w:r>
      <w:proofErr w:type="spellEnd"/>
      <w:r w:rsidR="00D654B1" w:rsidRPr="00DB2D58">
        <w:rPr>
          <w:rFonts w:cs="Times New Roman"/>
          <w:sz w:val="20"/>
          <w:szCs w:val="20"/>
        </w:rPr>
        <w:t xml:space="preserve"> </w:t>
      </w:r>
      <w:proofErr w:type="spellStart"/>
      <w:r w:rsidR="00D654B1" w:rsidRPr="00DB2D58">
        <w:rPr>
          <w:rFonts w:cs="Times New Roman"/>
          <w:sz w:val="20"/>
          <w:szCs w:val="20"/>
        </w:rPr>
        <w:t>pemulihan</w:t>
      </w:r>
      <w:proofErr w:type="spellEnd"/>
      <w:r w:rsidR="00D654B1" w:rsidRPr="00DB2D58">
        <w:rPr>
          <w:rFonts w:cs="Times New Roman"/>
          <w:sz w:val="20"/>
          <w:szCs w:val="20"/>
        </w:rPr>
        <w:t xml:space="preserve"> </w:t>
      </w:r>
      <w:proofErr w:type="spellStart"/>
      <w:r w:rsidR="00D654B1" w:rsidRPr="00DB2D58">
        <w:rPr>
          <w:rFonts w:cs="Times New Roman"/>
          <w:sz w:val="20"/>
          <w:szCs w:val="20"/>
        </w:rPr>
        <w:t>dadah</w:t>
      </w:r>
      <w:proofErr w:type="spellEnd"/>
      <w:r w:rsidR="00D654B1" w:rsidRPr="00DB2D58">
        <w:rPr>
          <w:rFonts w:cs="Times New Roman"/>
          <w:sz w:val="20"/>
          <w:szCs w:val="20"/>
        </w:rPr>
        <w:t>.</w:t>
      </w:r>
    </w:p>
    <w:p w:rsidR="00D654B1" w:rsidRPr="00DB2D58" w:rsidRDefault="00D654B1" w:rsidP="00D654B1">
      <w:pPr>
        <w:spacing w:after="0" w:line="360" w:lineRule="auto"/>
        <w:jc w:val="both"/>
        <w:rPr>
          <w:rFonts w:cs="Times New Roman"/>
          <w:sz w:val="20"/>
          <w:szCs w:val="20"/>
        </w:rPr>
      </w:pPr>
    </w:p>
    <w:p w:rsidR="000D08F6" w:rsidRPr="00DB2D58" w:rsidRDefault="00D654B1" w:rsidP="000D08F6">
      <w:pPr>
        <w:spacing w:after="0" w:line="360" w:lineRule="auto"/>
        <w:jc w:val="both"/>
        <w:rPr>
          <w:rFonts w:cs="Times New Roman"/>
          <w:b/>
          <w:sz w:val="20"/>
          <w:szCs w:val="20"/>
        </w:rPr>
      </w:pPr>
      <w:r w:rsidRPr="00DB2D58">
        <w:rPr>
          <w:rFonts w:cs="Times New Roman"/>
          <w:b/>
          <w:sz w:val="20"/>
          <w:szCs w:val="20"/>
        </w:rPr>
        <w:t xml:space="preserve">Kata </w:t>
      </w:r>
      <w:proofErr w:type="spellStart"/>
      <w:r w:rsidRPr="00DB2D58">
        <w:rPr>
          <w:rFonts w:cs="Times New Roman"/>
          <w:b/>
          <w:sz w:val="20"/>
          <w:szCs w:val="20"/>
        </w:rPr>
        <w:t>kunci</w:t>
      </w:r>
      <w:proofErr w:type="spellEnd"/>
      <w:r w:rsidRPr="00DB2D58">
        <w:rPr>
          <w:rFonts w:cs="Times New Roman"/>
          <w:b/>
          <w:sz w:val="20"/>
          <w:szCs w:val="20"/>
        </w:rPr>
        <w:t>:</w:t>
      </w:r>
      <w:r w:rsidRPr="00DB2D58">
        <w:rPr>
          <w:rFonts w:cs="Times New Roman"/>
          <w:sz w:val="20"/>
          <w:szCs w:val="20"/>
        </w:rPr>
        <w:t xml:space="preserve"> </w:t>
      </w:r>
      <w:proofErr w:type="spellStart"/>
      <w:r w:rsidRPr="00DB2D58">
        <w:rPr>
          <w:rFonts w:cs="Times New Roman"/>
          <w:sz w:val="20"/>
          <w:szCs w:val="20"/>
        </w:rPr>
        <w:t>Kecerdasan</w:t>
      </w:r>
      <w:proofErr w:type="spellEnd"/>
      <w:r w:rsidRPr="00DB2D58">
        <w:rPr>
          <w:rFonts w:cs="Times New Roman"/>
          <w:sz w:val="20"/>
          <w:szCs w:val="20"/>
        </w:rPr>
        <w:t xml:space="preserve"> </w:t>
      </w:r>
      <w:proofErr w:type="spellStart"/>
      <w:r w:rsidRPr="00DB2D58">
        <w:rPr>
          <w:rFonts w:cs="Times New Roman"/>
          <w:sz w:val="20"/>
          <w:szCs w:val="20"/>
        </w:rPr>
        <w:t>emosi</w:t>
      </w:r>
      <w:proofErr w:type="spellEnd"/>
      <w:r w:rsidRPr="00DB2D58">
        <w:rPr>
          <w:rFonts w:cs="Times New Roman"/>
          <w:sz w:val="20"/>
          <w:szCs w:val="20"/>
        </w:rPr>
        <w:t xml:space="preserve">, </w:t>
      </w:r>
      <w:proofErr w:type="spellStart"/>
      <w:r w:rsidRPr="00DB2D58">
        <w:rPr>
          <w:rFonts w:cs="Times New Roman"/>
          <w:sz w:val="20"/>
          <w:szCs w:val="20"/>
        </w:rPr>
        <w:t>kemurungan</w:t>
      </w:r>
      <w:proofErr w:type="spellEnd"/>
      <w:r w:rsidRPr="00DB2D58">
        <w:rPr>
          <w:rFonts w:cs="Times New Roman"/>
          <w:sz w:val="20"/>
          <w:szCs w:val="20"/>
        </w:rPr>
        <w:t xml:space="preserve">, </w:t>
      </w:r>
      <w:proofErr w:type="spellStart"/>
      <w:r w:rsidRPr="00DB2D58">
        <w:rPr>
          <w:rFonts w:cs="Times New Roman"/>
          <w:sz w:val="20"/>
          <w:szCs w:val="20"/>
        </w:rPr>
        <w:t>kebimba</w:t>
      </w:r>
      <w:r w:rsidR="001E675F" w:rsidRPr="00DB2D58">
        <w:rPr>
          <w:rFonts w:cs="Times New Roman"/>
          <w:sz w:val="20"/>
          <w:szCs w:val="20"/>
        </w:rPr>
        <w:t>ngan</w:t>
      </w:r>
      <w:proofErr w:type="spellEnd"/>
      <w:r w:rsidR="001E675F" w:rsidRPr="00DB2D58">
        <w:rPr>
          <w:rFonts w:cs="Times New Roman"/>
          <w:sz w:val="20"/>
          <w:szCs w:val="20"/>
        </w:rPr>
        <w:t xml:space="preserve">, </w:t>
      </w:r>
      <w:proofErr w:type="spellStart"/>
      <w:r w:rsidR="001E675F" w:rsidRPr="00DB2D58">
        <w:rPr>
          <w:rFonts w:cs="Times New Roman"/>
          <w:sz w:val="20"/>
          <w:szCs w:val="20"/>
        </w:rPr>
        <w:t>tekanan</w:t>
      </w:r>
      <w:proofErr w:type="spellEnd"/>
    </w:p>
    <w:p w:rsidR="00DB5F14" w:rsidRPr="00DB2D58" w:rsidRDefault="00DB5F14" w:rsidP="000D08F6">
      <w:pPr>
        <w:spacing w:after="0" w:line="360" w:lineRule="auto"/>
        <w:jc w:val="center"/>
        <w:rPr>
          <w:rFonts w:cs="Times New Roman"/>
          <w:b/>
          <w:sz w:val="20"/>
          <w:szCs w:val="20"/>
        </w:rPr>
      </w:pPr>
    </w:p>
    <w:p w:rsidR="001E675F" w:rsidRPr="00DB2D58" w:rsidRDefault="001E675F" w:rsidP="000D08F6">
      <w:pPr>
        <w:spacing w:after="0" w:line="360" w:lineRule="auto"/>
        <w:jc w:val="center"/>
        <w:rPr>
          <w:rFonts w:cs="Times New Roman"/>
          <w:b/>
          <w:sz w:val="20"/>
          <w:szCs w:val="20"/>
        </w:rPr>
      </w:pPr>
    </w:p>
    <w:p w:rsidR="001E675F" w:rsidRPr="00DB2D58" w:rsidRDefault="001E675F" w:rsidP="000D08F6">
      <w:pPr>
        <w:spacing w:after="0" w:line="360" w:lineRule="auto"/>
        <w:jc w:val="center"/>
        <w:rPr>
          <w:rFonts w:cs="Times New Roman"/>
          <w:b/>
          <w:sz w:val="20"/>
          <w:szCs w:val="20"/>
        </w:rPr>
      </w:pPr>
    </w:p>
    <w:p w:rsidR="001E675F" w:rsidRDefault="001E675F" w:rsidP="000D08F6">
      <w:pPr>
        <w:spacing w:after="0" w:line="360" w:lineRule="auto"/>
        <w:jc w:val="center"/>
        <w:rPr>
          <w:rFonts w:cs="Times New Roman"/>
          <w:b/>
          <w:sz w:val="20"/>
          <w:szCs w:val="20"/>
        </w:rPr>
      </w:pPr>
    </w:p>
    <w:p w:rsidR="00DB2D58" w:rsidRDefault="00DB2D58" w:rsidP="000D08F6">
      <w:pPr>
        <w:spacing w:after="0" w:line="360" w:lineRule="auto"/>
        <w:jc w:val="center"/>
        <w:rPr>
          <w:rFonts w:cs="Times New Roman"/>
          <w:b/>
          <w:sz w:val="20"/>
          <w:szCs w:val="20"/>
        </w:rPr>
      </w:pPr>
    </w:p>
    <w:p w:rsidR="00DB2D58" w:rsidRDefault="00DB2D58" w:rsidP="000D08F6">
      <w:pPr>
        <w:spacing w:after="0" w:line="360" w:lineRule="auto"/>
        <w:jc w:val="center"/>
        <w:rPr>
          <w:rFonts w:cs="Times New Roman"/>
          <w:b/>
          <w:sz w:val="20"/>
          <w:szCs w:val="20"/>
        </w:rPr>
      </w:pPr>
    </w:p>
    <w:p w:rsidR="00DB2D58" w:rsidRDefault="00DB2D58" w:rsidP="000D08F6">
      <w:pPr>
        <w:spacing w:after="0" w:line="360" w:lineRule="auto"/>
        <w:jc w:val="center"/>
        <w:rPr>
          <w:rFonts w:cs="Times New Roman"/>
          <w:b/>
          <w:sz w:val="20"/>
          <w:szCs w:val="20"/>
        </w:rPr>
      </w:pPr>
    </w:p>
    <w:p w:rsidR="00DB2D58" w:rsidRPr="00DB2D58" w:rsidRDefault="00DB2D58" w:rsidP="000D08F6">
      <w:pPr>
        <w:spacing w:after="0" w:line="360" w:lineRule="auto"/>
        <w:jc w:val="center"/>
        <w:rPr>
          <w:rFonts w:cs="Times New Roman"/>
          <w:b/>
          <w:sz w:val="20"/>
          <w:szCs w:val="20"/>
        </w:rPr>
      </w:pPr>
      <w:bookmarkStart w:id="0" w:name="_GoBack"/>
      <w:bookmarkEnd w:id="0"/>
    </w:p>
    <w:p w:rsidR="001E675F" w:rsidRPr="00DB2D58" w:rsidRDefault="001E675F" w:rsidP="000D08F6">
      <w:pPr>
        <w:spacing w:after="0" w:line="360" w:lineRule="auto"/>
        <w:jc w:val="center"/>
        <w:rPr>
          <w:rFonts w:cs="Times New Roman"/>
          <w:b/>
          <w:sz w:val="20"/>
          <w:szCs w:val="20"/>
        </w:rPr>
      </w:pPr>
    </w:p>
    <w:p w:rsidR="000D08F6" w:rsidRPr="00DB2D58" w:rsidRDefault="000D08F6" w:rsidP="000D08F6">
      <w:pPr>
        <w:spacing w:after="0" w:line="360" w:lineRule="auto"/>
        <w:jc w:val="center"/>
        <w:rPr>
          <w:rFonts w:cs="Times New Roman"/>
          <w:b/>
          <w:sz w:val="20"/>
          <w:szCs w:val="20"/>
        </w:rPr>
      </w:pPr>
      <w:r w:rsidRPr="00DB2D58">
        <w:rPr>
          <w:rFonts w:cs="Times New Roman"/>
          <w:b/>
          <w:sz w:val="20"/>
          <w:szCs w:val="20"/>
        </w:rPr>
        <w:lastRenderedPageBreak/>
        <w:t>ABSTRACT</w:t>
      </w:r>
    </w:p>
    <w:p w:rsidR="000D08F6" w:rsidRPr="00DB2D58" w:rsidRDefault="000D08F6" w:rsidP="000D08F6">
      <w:pPr>
        <w:spacing w:after="0" w:line="360" w:lineRule="auto"/>
        <w:jc w:val="both"/>
        <w:rPr>
          <w:rFonts w:cs="Times New Roman"/>
          <w:sz w:val="20"/>
          <w:szCs w:val="20"/>
        </w:rPr>
      </w:pPr>
    </w:p>
    <w:p w:rsidR="000D08F6" w:rsidRPr="00DB2D58" w:rsidRDefault="000D08F6" w:rsidP="000D08F6">
      <w:pPr>
        <w:spacing w:after="0" w:line="360" w:lineRule="auto"/>
        <w:jc w:val="both"/>
        <w:rPr>
          <w:rFonts w:cs="Times New Roman"/>
          <w:sz w:val="20"/>
          <w:szCs w:val="20"/>
        </w:rPr>
      </w:pPr>
      <w:r w:rsidRPr="00DB2D58">
        <w:rPr>
          <w:rFonts w:cs="Times New Roman"/>
          <w:sz w:val="20"/>
          <w:szCs w:val="20"/>
        </w:rPr>
        <w:t>Emotional intelligence plays an important role in emotional regulation, mental well-being, and supporting the psychological recovery process of individuals involved in drug addiction. This study aims to examine the relationship between emotional intelligence and depression, anxiety, and stress among residents of the Narcotics Addiction Rehabilitation Centre (PUSPEN). This quantitative study involved 136 randomly selected respondents. The instruments used were the USM Emotional Quotient Inventory (USMEQ-</w:t>
      </w:r>
      <w:proofErr w:type="spellStart"/>
      <w:r w:rsidRPr="00DB2D58">
        <w:rPr>
          <w:rFonts w:cs="Times New Roman"/>
          <w:sz w:val="20"/>
          <w:szCs w:val="20"/>
        </w:rPr>
        <w:t>i</w:t>
      </w:r>
      <w:proofErr w:type="spellEnd"/>
      <w:r w:rsidRPr="00DB2D58">
        <w:rPr>
          <w:rFonts w:cs="Times New Roman"/>
          <w:sz w:val="20"/>
          <w:szCs w:val="20"/>
        </w:rPr>
        <w:t xml:space="preserve">) and the Depression Anxiety Stress Scales (DASS-21). Data were </w:t>
      </w:r>
      <w:r w:rsidR="00DB5F14" w:rsidRPr="00DB2D58">
        <w:rPr>
          <w:rFonts w:cs="Times New Roman"/>
          <w:sz w:val="20"/>
          <w:szCs w:val="20"/>
        </w:rPr>
        <w:t>analyzed</w:t>
      </w:r>
      <w:r w:rsidRPr="00DB2D58">
        <w:rPr>
          <w:rFonts w:cs="Times New Roman"/>
          <w:sz w:val="20"/>
          <w:szCs w:val="20"/>
        </w:rPr>
        <w:t xml:space="preserve"> using the Statistical Package for the Social Sciences (SPSS) version 29. Spearman’s rho analysis showed no significant relationships between emotional intelligence and depression (rₛ = .007, p = .937), anxiety (rₛ = –.153, p = .076), or stress (rₛ = –.124, p = .152). Nevertheless, emotional intelligence remains essential as a psychological protective mechanism among individuals undergoing addiction treatment. The study recommends that future research explore other factors such as spirituality, social support, and psychological resilience to enhance the understanding of addiction recovery.</w:t>
      </w:r>
    </w:p>
    <w:p w:rsidR="001E675F" w:rsidRPr="00DB2D58" w:rsidRDefault="001E675F" w:rsidP="000D08F6">
      <w:pPr>
        <w:spacing w:after="0" w:line="360" w:lineRule="auto"/>
        <w:jc w:val="both"/>
        <w:rPr>
          <w:rFonts w:cs="Times New Roman"/>
          <w:b/>
          <w:sz w:val="20"/>
          <w:szCs w:val="20"/>
        </w:rPr>
      </w:pPr>
    </w:p>
    <w:p w:rsidR="00882FC0" w:rsidRPr="00DB2D58" w:rsidRDefault="000D08F6" w:rsidP="000D08F6">
      <w:pPr>
        <w:spacing w:after="0" w:line="360" w:lineRule="auto"/>
        <w:jc w:val="both"/>
        <w:rPr>
          <w:rFonts w:cs="Times New Roman"/>
          <w:sz w:val="20"/>
          <w:szCs w:val="20"/>
        </w:rPr>
      </w:pPr>
      <w:r w:rsidRPr="00DB2D58">
        <w:rPr>
          <w:rFonts w:cs="Times New Roman"/>
          <w:b/>
          <w:sz w:val="20"/>
          <w:szCs w:val="20"/>
        </w:rPr>
        <w:t>Keywords</w:t>
      </w:r>
      <w:r w:rsidRPr="00DB2D58">
        <w:rPr>
          <w:rFonts w:cs="Times New Roman"/>
          <w:sz w:val="20"/>
          <w:szCs w:val="20"/>
        </w:rPr>
        <w:t xml:space="preserve">: Emotional intelligence, depression, anxiety, stress </w:t>
      </w:r>
    </w:p>
    <w:p w:rsidR="000D08F6" w:rsidRPr="00DB2D58" w:rsidRDefault="000D08F6">
      <w:pPr>
        <w:spacing w:line="360" w:lineRule="auto"/>
        <w:rPr>
          <w:b/>
          <w:sz w:val="20"/>
          <w:szCs w:val="20"/>
        </w:rPr>
      </w:pPr>
      <w:r w:rsidRPr="00DB2D58">
        <w:rPr>
          <w:b/>
          <w:sz w:val="20"/>
          <w:szCs w:val="20"/>
        </w:rPr>
        <w:t xml:space="preserve"> </w:t>
      </w:r>
    </w:p>
    <w:p w:rsidR="004D3F1A" w:rsidRPr="00DB2D58" w:rsidRDefault="004D3F1A">
      <w:pPr>
        <w:spacing w:line="360" w:lineRule="auto"/>
        <w:rPr>
          <w:b/>
          <w:sz w:val="20"/>
          <w:szCs w:val="20"/>
        </w:rPr>
      </w:pPr>
    </w:p>
    <w:p w:rsidR="004D3F1A" w:rsidRPr="00DB2D58" w:rsidRDefault="004D3F1A">
      <w:pPr>
        <w:spacing w:line="360" w:lineRule="auto"/>
        <w:rPr>
          <w:b/>
          <w:sz w:val="20"/>
          <w:szCs w:val="20"/>
        </w:rPr>
      </w:pPr>
    </w:p>
    <w:p w:rsidR="004D3F1A" w:rsidRPr="00DB2D58" w:rsidRDefault="004D3F1A">
      <w:pPr>
        <w:spacing w:line="360" w:lineRule="auto"/>
        <w:rPr>
          <w:b/>
          <w:sz w:val="20"/>
          <w:szCs w:val="20"/>
        </w:rPr>
      </w:pPr>
    </w:p>
    <w:p w:rsidR="004D3F1A" w:rsidRPr="00DB2D58" w:rsidRDefault="004D3F1A">
      <w:pPr>
        <w:spacing w:line="360" w:lineRule="auto"/>
        <w:rPr>
          <w:b/>
          <w:sz w:val="20"/>
          <w:szCs w:val="20"/>
        </w:rPr>
      </w:pPr>
    </w:p>
    <w:p w:rsidR="004D3F1A" w:rsidRDefault="004D3F1A">
      <w:pPr>
        <w:spacing w:line="360" w:lineRule="auto"/>
        <w:rPr>
          <w:b/>
        </w:rPr>
      </w:pPr>
    </w:p>
    <w:p w:rsidR="004D3F1A" w:rsidRDefault="004D3F1A">
      <w:pPr>
        <w:spacing w:line="360" w:lineRule="auto"/>
        <w:rPr>
          <w:b/>
        </w:rPr>
      </w:pPr>
    </w:p>
    <w:p w:rsidR="004D3F1A" w:rsidRDefault="004D3F1A">
      <w:pPr>
        <w:spacing w:line="360" w:lineRule="auto"/>
        <w:rPr>
          <w:b/>
        </w:rPr>
      </w:pPr>
    </w:p>
    <w:p w:rsidR="004D3F1A" w:rsidRDefault="004D3F1A">
      <w:pPr>
        <w:spacing w:line="360" w:lineRule="auto"/>
        <w:rPr>
          <w:b/>
        </w:rPr>
      </w:pPr>
    </w:p>
    <w:p w:rsidR="001E675F" w:rsidRDefault="001E675F">
      <w:pPr>
        <w:spacing w:line="360" w:lineRule="auto"/>
        <w:rPr>
          <w:b/>
        </w:rPr>
      </w:pPr>
    </w:p>
    <w:p w:rsidR="001E675F" w:rsidRDefault="001E675F">
      <w:pPr>
        <w:spacing w:line="360" w:lineRule="auto"/>
        <w:rPr>
          <w:b/>
        </w:rPr>
      </w:pPr>
    </w:p>
    <w:sectPr w:rsidR="001E675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5D50F97"/>
    <w:multiLevelType w:val="multilevel"/>
    <w:tmpl w:val="960CD7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7299"/>
    <w:rsid w:val="00034616"/>
    <w:rsid w:val="0006063C"/>
    <w:rsid w:val="0009355C"/>
    <w:rsid w:val="000D08F6"/>
    <w:rsid w:val="00134142"/>
    <w:rsid w:val="0015074B"/>
    <w:rsid w:val="001E675F"/>
    <w:rsid w:val="001F0134"/>
    <w:rsid w:val="00227C46"/>
    <w:rsid w:val="002733D4"/>
    <w:rsid w:val="0029639D"/>
    <w:rsid w:val="00326F90"/>
    <w:rsid w:val="004D3F1A"/>
    <w:rsid w:val="0067214A"/>
    <w:rsid w:val="0081101A"/>
    <w:rsid w:val="0083037E"/>
    <w:rsid w:val="00882FC0"/>
    <w:rsid w:val="00916CE2"/>
    <w:rsid w:val="00A46F49"/>
    <w:rsid w:val="00AA1D8D"/>
    <w:rsid w:val="00B47730"/>
    <w:rsid w:val="00C95523"/>
    <w:rsid w:val="00C97F9C"/>
    <w:rsid w:val="00CB0664"/>
    <w:rsid w:val="00D31516"/>
    <w:rsid w:val="00D654B1"/>
    <w:rsid w:val="00D83BF6"/>
    <w:rsid w:val="00DA5252"/>
    <w:rsid w:val="00DB2D58"/>
    <w:rsid w:val="00DB5F14"/>
    <w:rsid w:val="00E80405"/>
    <w:rsid w:val="00F30018"/>
    <w:rsid w:val="00F3562D"/>
    <w:rsid w:val="00F5426A"/>
    <w:rsid w:val="00FC693F"/>
    <w:rsid w:val="00FF0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0F44AF"/>
  <w14:defaultImageDpi w14:val="300"/>
  <w15:docId w15:val="{72DED9F8-97A5-49D1-8643-ED206AD0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2987">
      <w:bodyDiv w:val="1"/>
      <w:marLeft w:val="0"/>
      <w:marRight w:val="0"/>
      <w:marTop w:val="0"/>
      <w:marBottom w:val="0"/>
      <w:divBdr>
        <w:top w:val="none" w:sz="0" w:space="0" w:color="auto"/>
        <w:left w:val="none" w:sz="0" w:space="0" w:color="auto"/>
        <w:bottom w:val="none" w:sz="0" w:space="0" w:color="auto"/>
        <w:right w:val="none" w:sz="0" w:space="0" w:color="auto"/>
      </w:divBdr>
    </w:div>
    <w:div w:id="40133379">
      <w:bodyDiv w:val="1"/>
      <w:marLeft w:val="0"/>
      <w:marRight w:val="0"/>
      <w:marTop w:val="0"/>
      <w:marBottom w:val="0"/>
      <w:divBdr>
        <w:top w:val="none" w:sz="0" w:space="0" w:color="auto"/>
        <w:left w:val="none" w:sz="0" w:space="0" w:color="auto"/>
        <w:bottom w:val="none" w:sz="0" w:space="0" w:color="auto"/>
        <w:right w:val="none" w:sz="0" w:space="0" w:color="auto"/>
      </w:divBdr>
    </w:div>
    <w:div w:id="119806117">
      <w:bodyDiv w:val="1"/>
      <w:marLeft w:val="0"/>
      <w:marRight w:val="0"/>
      <w:marTop w:val="0"/>
      <w:marBottom w:val="0"/>
      <w:divBdr>
        <w:top w:val="none" w:sz="0" w:space="0" w:color="auto"/>
        <w:left w:val="none" w:sz="0" w:space="0" w:color="auto"/>
        <w:bottom w:val="none" w:sz="0" w:space="0" w:color="auto"/>
        <w:right w:val="none" w:sz="0" w:space="0" w:color="auto"/>
      </w:divBdr>
    </w:div>
    <w:div w:id="717632630">
      <w:bodyDiv w:val="1"/>
      <w:marLeft w:val="0"/>
      <w:marRight w:val="0"/>
      <w:marTop w:val="0"/>
      <w:marBottom w:val="0"/>
      <w:divBdr>
        <w:top w:val="none" w:sz="0" w:space="0" w:color="auto"/>
        <w:left w:val="none" w:sz="0" w:space="0" w:color="auto"/>
        <w:bottom w:val="none" w:sz="0" w:space="0" w:color="auto"/>
        <w:right w:val="none" w:sz="0" w:space="0" w:color="auto"/>
      </w:divBdr>
    </w:div>
    <w:div w:id="723211308">
      <w:bodyDiv w:val="1"/>
      <w:marLeft w:val="0"/>
      <w:marRight w:val="0"/>
      <w:marTop w:val="0"/>
      <w:marBottom w:val="0"/>
      <w:divBdr>
        <w:top w:val="none" w:sz="0" w:space="0" w:color="auto"/>
        <w:left w:val="none" w:sz="0" w:space="0" w:color="auto"/>
        <w:bottom w:val="none" w:sz="0" w:space="0" w:color="auto"/>
        <w:right w:val="none" w:sz="0" w:space="0" w:color="auto"/>
      </w:divBdr>
    </w:div>
    <w:div w:id="739981016">
      <w:bodyDiv w:val="1"/>
      <w:marLeft w:val="0"/>
      <w:marRight w:val="0"/>
      <w:marTop w:val="0"/>
      <w:marBottom w:val="0"/>
      <w:divBdr>
        <w:top w:val="none" w:sz="0" w:space="0" w:color="auto"/>
        <w:left w:val="none" w:sz="0" w:space="0" w:color="auto"/>
        <w:bottom w:val="none" w:sz="0" w:space="0" w:color="auto"/>
        <w:right w:val="none" w:sz="0" w:space="0" w:color="auto"/>
      </w:divBdr>
    </w:div>
    <w:div w:id="1184132685">
      <w:bodyDiv w:val="1"/>
      <w:marLeft w:val="0"/>
      <w:marRight w:val="0"/>
      <w:marTop w:val="0"/>
      <w:marBottom w:val="0"/>
      <w:divBdr>
        <w:top w:val="none" w:sz="0" w:space="0" w:color="auto"/>
        <w:left w:val="none" w:sz="0" w:space="0" w:color="auto"/>
        <w:bottom w:val="none" w:sz="0" w:space="0" w:color="auto"/>
        <w:right w:val="none" w:sz="0" w:space="0" w:color="auto"/>
      </w:divBdr>
    </w:div>
    <w:div w:id="1373460619">
      <w:bodyDiv w:val="1"/>
      <w:marLeft w:val="0"/>
      <w:marRight w:val="0"/>
      <w:marTop w:val="0"/>
      <w:marBottom w:val="0"/>
      <w:divBdr>
        <w:top w:val="none" w:sz="0" w:space="0" w:color="auto"/>
        <w:left w:val="none" w:sz="0" w:space="0" w:color="auto"/>
        <w:bottom w:val="none" w:sz="0" w:space="0" w:color="auto"/>
        <w:right w:val="none" w:sz="0" w:space="0" w:color="auto"/>
      </w:divBdr>
    </w:div>
    <w:div w:id="1514606961">
      <w:bodyDiv w:val="1"/>
      <w:marLeft w:val="0"/>
      <w:marRight w:val="0"/>
      <w:marTop w:val="0"/>
      <w:marBottom w:val="0"/>
      <w:divBdr>
        <w:top w:val="none" w:sz="0" w:space="0" w:color="auto"/>
        <w:left w:val="none" w:sz="0" w:space="0" w:color="auto"/>
        <w:bottom w:val="none" w:sz="0" w:space="0" w:color="auto"/>
        <w:right w:val="none" w:sz="0" w:space="0" w:color="auto"/>
      </w:divBdr>
    </w:div>
    <w:div w:id="1615746539">
      <w:bodyDiv w:val="1"/>
      <w:marLeft w:val="0"/>
      <w:marRight w:val="0"/>
      <w:marTop w:val="0"/>
      <w:marBottom w:val="0"/>
      <w:divBdr>
        <w:top w:val="none" w:sz="0" w:space="0" w:color="auto"/>
        <w:left w:val="none" w:sz="0" w:space="0" w:color="auto"/>
        <w:bottom w:val="none" w:sz="0" w:space="0" w:color="auto"/>
        <w:right w:val="none" w:sz="0" w:space="0" w:color="auto"/>
      </w:divBdr>
    </w:div>
    <w:div w:id="1796220410">
      <w:bodyDiv w:val="1"/>
      <w:marLeft w:val="0"/>
      <w:marRight w:val="0"/>
      <w:marTop w:val="0"/>
      <w:marBottom w:val="0"/>
      <w:divBdr>
        <w:top w:val="none" w:sz="0" w:space="0" w:color="auto"/>
        <w:left w:val="none" w:sz="0" w:space="0" w:color="auto"/>
        <w:bottom w:val="none" w:sz="0" w:space="0" w:color="auto"/>
        <w:right w:val="none" w:sz="0" w:space="0" w:color="auto"/>
      </w:divBdr>
      <w:divsChild>
        <w:div w:id="99689023">
          <w:marLeft w:val="0"/>
          <w:marRight w:val="0"/>
          <w:marTop w:val="0"/>
          <w:marBottom w:val="0"/>
          <w:divBdr>
            <w:top w:val="none" w:sz="0" w:space="0" w:color="auto"/>
            <w:left w:val="none" w:sz="0" w:space="0" w:color="auto"/>
            <w:bottom w:val="none" w:sz="0" w:space="0" w:color="auto"/>
            <w:right w:val="none" w:sz="0" w:space="0" w:color="auto"/>
          </w:divBdr>
          <w:divsChild>
            <w:div w:id="11976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54320-3800-40F5-9C3E-A0194D662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4</cp:revision>
  <dcterms:created xsi:type="dcterms:W3CDTF">2025-07-11T17:35:00Z</dcterms:created>
  <dcterms:modified xsi:type="dcterms:W3CDTF">2025-07-11T17:37:00Z</dcterms:modified>
  <cp:category/>
</cp:coreProperties>
</file>